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B8FA" w14:textId="77777777" w:rsidR="001A4FF5" w:rsidRPr="001A4FF5" w:rsidRDefault="001A4FF5" w:rsidP="001A4FF5">
      <w:pPr>
        <w:pStyle w:val="Heading1"/>
      </w:pPr>
      <w:r w:rsidRPr="001A4FF5">
        <w:t>Jefferson Public Library</w:t>
      </w:r>
    </w:p>
    <w:p w14:paraId="540E0CDC" w14:textId="77777777" w:rsidR="001A4FF5" w:rsidRPr="001A4FF5" w:rsidRDefault="001A4FF5" w:rsidP="001A4FF5">
      <w:pPr>
        <w:pStyle w:val="Heading1"/>
      </w:pPr>
      <w:r w:rsidRPr="001A4FF5">
        <w:t>Meeting of the Board of Trustees</w:t>
      </w:r>
    </w:p>
    <w:p w14:paraId="49F94EAA" w14:textId="5DAC54F4" w:rsidR="001A4FF5" w:rsidRDefault="0004561C" w:rsidP="0000487D">
      <w:pPr>
        <w:pStyle w:val="Heading1"/>
      </w:pPr>
      <w:r>
        <w:t>August</w:t>
      </w:r>
      <w:r w:rsidR="000F1A45">
        <w:t xml:space="preserve"> </w:t>
      </w:r>
      <w:r>
        <w:t>11</w:t>
      </w:r>
      <w:r w:rsidR="001A4FF5" w:rsidRPr="001A4FF5">
        <w:t xml:space="preserve">, </w:t>
      </w:r>
      <w:proofErr w:type="gramStart"/>
      <w:r>
        <w:t>2025</w:t>
      </w:r>
      <w:proofErr w:type="gramEnd"/>
      <w:r w:rsidR="004D3EF2">
        <w:t xml:space="preserve"> | 6:30 pm | </w:t>
      </w:r>
      <w:r>
        <w:t>Adult Section</w:t>
      </w:r>
    </w:p>
    <w:p w14:paraId="421E7DC3" w14:textId="77777777" w:rsidR="00D52079" w:rsidRPr="00D52079" w:rsidRDefault="00D52079" w:rsidP="00D52079"/>
    <w:p w14:paraId="1136D7D7" w14:textId="2E3DB2A3" w:rsidR="004D3EF2" w:rsidRDefault="0099210C" w:rsidP="009666BB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 xml:space="preserve">Meeting was called to order by </w:t>
      </w:r>
      <w:r w:rsidR="003848CA">
        <w:rPr>
          <w:b/>
          <w:bCs/>
        </w:rPr>
        <w:t>Yepsen</w:t>
      </w:r>
      <w:r w:rsidRPr="0099210C">
        <w:rPr>
          <w:b/>
          <w:bCs/>
        </w:rPr>
        <w:t>.</w:t>
      </w:r>
      <w:r w:rsidR="00151298">
        <w:rPr>
          <w:b/>
          <w:bCs/>
        </w:rPr>
        <w:t xml:space="preserve"> </w:t>
      </w:r>
      <w:r w:rsidRPr="0099210C">
        <w:t xml:space="preserve">Present: </w:t>
      </w:r>
      <w:r w:rsidR="000F1A45" w:rsidRPr="000F1A45">
        <w:t> </w:t>
      </w:r>
      <w:r w:rsidR="003848CA">
        <w:t>Yepsen, Clawson, Zmolek, Foster. Also present, Millard, Mount, Roeder, Taylor.</w:t>
      </w:r>
    </w:p>
    <w:p w14:paraId="02F1AC22" w14:textId="4258C2F5" w:rsidR="004D3EF2" w:rsidRDefault="0099210C" w:rsidP="004D3EF2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Open Forum:</w:t>
      </w:r>
      <w:r>
        <w:rPr>
          <w:b/>
          <w:bCs/>
        </w:rPr>
        <w:t xml:space="preserve"> </w:t>
      </w:r>
      <w:r w:rsidRPr="0099210C">
        <w:t>There were no members of the public present.</w:t>
      </w:r>
    </w:p>
    <w:p w14:paraId="4E3C80D5" w14:textId="4A1BD91F" w:rsidR="004D3EF2" w:rsidRPr="004D3EF2" w:rsidRDefault="004D3EF2" w:rsidP="004D3EF2">
      <w:pPr>
        <w:pStyle w:val="ListParagraph"/>
        <w:numPr>
          <w:ilvl w:val="0"/>
          <w:numId w:val="15"/>
        </w:numPr>
        <w:spacing w:after="240"/>
        <w:rPr>
          <w:b/>
          <w:bCs/>
        </w:rPr>
      </w:pPr>
      <w:r w:rsidRPr="004D3EF2">
        <w:rPr>
          <w:b/>
          <w:bCs/>
        </w:rPr>
        <w:t xml:space="preserve">Approval of Minutes: </w:t>
      </w:r>
      <w:r w:rsidR="00F80604" w:rsidRPr="004D3EF2">
        <w:t>Minutes from</w:t>
      </w:r>
      <w:r w:rsidR="00F80604">
        <w:t xml:space="preserve"> June 9, 2025,</w:t>
      </w:r>
      <w:r w:rsidR="00F80604" w:rsidRPr="004D3EF2">
        <w:t xml:space="preserve"> were approved</w:t>
      </w:r>
      <w:r w:rsidR="00F80604">
        <w:t xml:space="preserve">. </w:t>
      </w:r>
      <w:r w:rsidR="00F80604" w:rsidRPr="004D3EF2">
        <w:t xml:space="preserve">Motion by </w:t>
      </w:r>
      <w:r w:rsidR="00F80604">
        <w:t>Stevens</w:t>
      </w:r>
      <w:r w:rsidR="00F80604" w:rsidRPr="004D3EF2">
        <w:t xml:space="preserve">, seconded by </w:t>
      </w:r>
      <w:r w:rsidR="00F80604">
        <w:t>Foster</w:t>
      </w:r>
      <w:r w:rsidR="00F80604" w:rsidRPr="004D3EF2">
        <w:t xml:space="preserve">. </w:t>
      </w:r>
      <w:r w:rsidR="00F80604">
        <w:t>Minutes from the August 7, 2025, architect presentations were read</w:t>
      </w:r>
      <w:r w:rsidR="00857439">
        <w:t xml:space="preserve"> and approved</w:t>
      </w:r>
      <w:r w:rsidR="00F80604">
        <w:t>.</w:t>
      </w:r>
      <w:r w:rsidR="00F80604">
        <w:rPr>
          <w:b/>
          <w:bCs/>
        </w:rPr>
        <w:t xml:space="preserve"> </w:t>
      </w:r>
      <w:r w:rsidR="00F80604">
        <w:t xml:space="preserve">Motion by Foster, seconded by Zmolek. </w:t>
      </w:r>
    </w:p>
    <w:p w14:paraId="3B90B7CE" w14:textId="02464C22" w:rsidR="0099210C" w:rsidRDefault="0099210C" w:rsidP="00B3641F">
      <w:pPr>
        <w:pStyle w:val="ListParagraph"/>
        <w:numPr>
          <w:ilvl w:val="0"/>
          <w:numId w:val="15"/>
        </w:numPr>
        <w:spacing w:after="240"/>
      </w:pPr>
      <w:r w:rsidRPr="004D3EF2">
        <w:rPr>
          <w:b/>
          <w:bCs/>
        </w:rPr>
        <w:t>Approval of Expenditures:</w:t>
      </w:r>
      <w:r w:rsidRPr="004D3EF2">
        <w:rPr>
          <w:b/>
          <w:bCs/>
        </w:rPr>
        <w:br/>
      </w:r>
      <w:r w:rsidR="009666BB">
        <w:t xml:space="preserve">Total expenditures of </w:t>
      </w:r>
      <w:r w:rsidR="00F80604">
        <w:t>$</w:t>
      </w:r>
      <w:r w:rsidR="00227B5B">
        <w:t>7</w:t>
      </w:r>
      <w:r w:rsidR="00F80604">
        <w:t>,173.34</w:t>
      </w:r>
      <w:r w:rsidR="00495083">
        <w:t xml:space="preserve"> </w:t>
      </w:r>
      <w:r w:rsidR="009666BB">
        <w:t xml:space="preserve">were approved. </w:t>
      </w:r>
      <w:r w:rsidR="00B3641F">
        <w:t xml:space="preserve">Motion by </w:t>
      </w:r>
      <w:r w:rsidR="00031AE6">
        <w:t>Foster</w:t>
      </w:r>
      <w:r w:rsidR="00B3641F">
        <w:t xml:space="preserve">, seconded by </w:t>
      </w:r>
      <w:r w:rsidR="00031AE6">
        <w:t>Clawson</w:t>
      </w:r>
      <w:r w:rsidR="00B3641F">
        <w:t xml:space="preserve">. </w:t>
      </w:r>
      <w:r w:rsidR="00B3641F">
        <w:br/>
      </w:r>
      <w:r w:rsidR="00495083">
        <w:t xml:space="preserve">Highlights: </w:t>
      </w:r>
      <w:r w:rsidR="00317326">
        <w:t>Book carts purchased from Story City.</w:t>
      </w:r>
    </w:p>
    <w:p w14:paraId="4A8F7A4A" w14:textId="77777777" w:rsidR="0099210C" w:rsidRPr="00495083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Director’s Report:</w:t>
      </w:r>
    </w:p>
    <w:p w14:paraId="6F394645" w14:textId="1733D824" w:rsidR="00495083" w:rsidRPr="0099210C" w:rsidRDefault="00495083" w:rsidP="00495083">
      <w:pPr>
        <w:pStyle w:val="ListParagraph"/>
        <w:numPr>
          <w:ilvl w:val="1"/>
          <w:numId w:val="15"/>
        </w:numPr>
        <w:spacing w:after="240"/>
      </w:pPr>
      <w:r>
        <w:t>Data</w:t>
      </w:r>
    </w:p>
    <w:tbl>
      <w:tblPr>
        <w:tblStyle w:val="TableGrid"/>
        <w:tblW w:w="8674" w:type="dxa"/>
        <w:tblInd w:w="1075" w:type="dxa"/>
        <w:tblLayout w:type="fixed"/>
        <w:tblLook w:val="04A0" w:firstRow="1" w:lastRow="0" w:firstColumn="1" w:lastColumn="0" w:noHBand="0" w:noVBand="1"/>
      </w:tblPr>
      <w:tblGrid>
        <w:gridCol w:w="1253"/>
        <w:gridCol w:w="777"/>
        <w:gridCol w:w="1134"/>
        <w:gridCol w:w="1289"/>
        <w:gridCol w:w="827"/>
        <w:gridCol w:w="1290"/>
        <w:gridCol w:w="1156"/>
        <w:gridCol w:w="948"/>
      </w:tblGrid>
      <w:tr w:rsidR="00495083" w14:paraId="7F285DB8" w14:textId="7462B14D" w:rsidTr="00495083">
        <w:tc>
          <w:tcPr>
            <w:tcW w:w="1253" w:type="dxa"/>
            <w:vAlign w:val="center"/>
          </w:tcPr>
          <w:p w14:paraId="2464E5E3" w14:textId="4218D746" w:rsidR="00495083" w:rsidRPr="00495083" w:rsidRDefault="00495083" w:rsidP="00495083">
            <w:pPr>
              <w:pStyle w:val="NoSpacing"/>
              <w:jc w:val="center"/>
            </w:pPr>
            <w:r w:rsidRPr="00495083">
              <w:t>Circulation</w:t>
            </w:r>
          </w:p>
        </w:tc>
        <w:tc>
          <w:tcPr>
            <w:tcW w:w="777" w:type="dxa"/>
            <w:vAlign w:val="center"/>
          </w:tcPr>
          <w:p w14:paraId="4DD405A3" w14:textId="3B83FAD0" w:rsidR="00495083" w:rsidRPr="00495083" w:rsidRDefault="00495083" w:rsidP="00495083">
            <w:pPr>
              <w:pStyle w:val="NoSpacing"/>
              <w:jc w:val="center"/>
            </w:pPr>
            <w:r w:rsidRPr="00495083">
              <w:t>Usage</w:t>
            </w:r>
          </w:p>
        </w:tc>
        <w:tc>
          <w:tcPr>
            <w:tcW w:w="1134" w:type="dxa"/>
            <w:vAlign w:val="center"/>
          </w:tcPr>
          <w:p w14:paraId="59E925B1" w14:textId="04EFFDCC" w:rsidR="00495083" w:rsidRPr="00495083" w:rsidRDefault="00495083" w:rsidP="00495083">
            <w:pPr>
              <w:pStyle w:val="NoSpacing"/>
              <w:jc w:val="center"/>
            </w:pPr>
            <w:r w:rsidRPr="00495083">
              <w:t>Programs</w:t>
            </w:r>
          </w:p>
        </w:tc>
        <w:tc>
          <w:tcPr>
            <w:tcW w:w="1289" w:type="dxa"/>
            <w:vAlign w:val="center"/>
          </w:tcPr>
          <w:p w14:paraId="6057CB38" w14:textId="2E401A77" w:rsidR="00495083" w:rsidRPr="00495083" w:rsidRDefault="00495083" w:rsidP="00495083">
            <w:pPr>
              <w:pStyle w:val="NoSpacing"/>
              <w:jc w:val="center"/>
            </w:pPr>
            <w:r w:rsidRPr="00495083">
              <w:t>Attendance</w:t>
            </w:r>
          </w:p>
        </w:tc>
        <w:tc>
          <w:tcPr>
            <w:tcW w:w="827" w:type="dxa"/>
            <w:vAlign w:val="center"/>
          </w:tcPr>
          <w:p w14:paraId="231C0DF8" w14:textId="5F4F7F8D" w:rsidR="00495083" w:rsidRPr="00495083" w:rsidRDefault="00495083" w:rsidP="00495083">
            <w:pPr>
              <w:pStyle w:val="NoSpacing"/>
              <w:jc w:val="center"/>
            </w:pPr>
            <w:r w:rsidRPr="00495083">
              <w:t>Items Added</w:t>
            </w:r>
          </w:p>
        </w:tc>
        <w:tc>
          <w:tcPr>
            <w:tcW w:w="1290" w:type="dxa"/>
            <w:vAlign w:val="center"/>
          </w:tcPr>
          <w:p w14:paraId="0650A8C8" w14:textId="743C3539" w:rsidR="00495083" w:rsidRPr="00495083" w:rsidRDefault="00495083" w:rsidP="00495083">
            <w:pPr>
              <w:pStyle w:val="NoSpacing"/>
              <w:jc w:val="center"/>
            </w:pPr>
            <w:r w:rsidRPr="00495083">
              <w:t>Items Withdrawn</w:t>
            </w:r>
          </w:p>
        </w:tc>
        <w:tc>
          <w:tcPr>
            <w:tcW w:w="1156" w:type="dxa"/>
            <w:vAlign w:val="center"/>
          </w:tcPr>
          <w:p w14:paraId="5F67B148" w14:textId="09D6B8FB" w:rsidR="00495083" w:rsidRPr="00495083" w:rsidRDefault="00495083" w:rsidP="00495083">
            <w:pPr>
              <w:pStyle w:val="NoSpacing"/>
              <w:jc w:val="center"/>
            </w:pPr>
            <w:r w:rsidRPr="00495083">
              <w:t>Total Collection</w:t>
            </w:r>
          </w:p>
        </w:tc>
        <w:tc>
          <w:tcPr>
            <w:tcW w:w="948" w:type="dxa"/>
            <w:vAlign w:val="center"/>
          </w:tcPr>
          <w:p w14:paraId="0938C9B1" w14:textId="14355B27" w:rsidR="00495083" w:rsidRPr="00495083" w:rsidRDefault="00495083" w:rsidP="00495083">
            <w:pPr>
              <w:pStyle w:val="NoSpacing"/>
              <w:jc w:val="center"/>
            </w:pPr>
            <w:r w:rsidRPr="00495083">
              <w:t>Total Patrons</w:t>
            </w:r>
          </w:p>
        </w:tc>
      </w:tr>
      <w:tr w:rsidR="00495083" w14:paraId="0354B04A" w14:textId="629E425F" w:rsidTr="0076757D">
        <w:tc>
          <w:tcPr>
            <w:tcW w:w="1253" w:type="dxa"/>
            <w:vAlign w:val="center"/>
          </w:tcPr>
          <w:p w14:paraId="4AA0688F" w14:textId="187B6D83" w:rsidR="00495083" w:rsidRDefault="00031AE6" w:rsidP="00495083">
            <w:pPr>
              <w:pStyle w:val="ListParagraph"/>
              <w:spacing w:after="240"/>
              <w:ind w:left="0"/>
              <w:jc w:val="center"/>
            </w:pPr>
            <w:r>
              <w:t>2,430</w:t>
            </w:r>
          </w:p>
        </w:tc>
        <w:tc>
          <w:tcPr>
            <w:tcW w:w="777" w:type="dxa"/>
            <w:vAlign w:val="center"/>
          </w:tcPr>
          <w:p w14:paraId="06D81470" w14:textId="46EBF1C2" w:rsidR="00495083" w:rsidRDefault="00031AE6" w:rsidP="00495083">
            <w:pPr>
              <w:pStyle w:val="ListParagraph"/>
              <w:spacing w:after="240"/>
              <w:ind w:left="0"/>
              <w:jc w:val="center"/>
            </w:pPr>
            <w:r>
              <w:t>5,876</w:t>
            </w:r>
          </w:p>
        </w:tc>
        <w:tc>
          <w:tcPr>
            <w:tcW w:w="1134" w:type="dxa"/>
            <w:vAlign w:val="center"/>
          </w:tcPr>
          <w:p w14:paraId="2A94C20A" w14:textId="0CC01F8A" w:rsidR="00495083" w:rsidRDefault="006A4BB3" w:rsidP="00495083">
            <w:pPr>
              <w:pStyle w:val="ListParagraph"/>
              <w:spacing w:after="240"/>
              <w:ind w:left="0"/>
              <w:jc w:val="center"/>
            </w:pPr>
            <w:r>
              <w:t>38</w:t>
            </w:r>
          </w:p>
        </w:tc>
        <w:tc>
          <w:tcPr>
            <w:tcW w:w="1289" w:type="dxa"/>
            <w:vAlign w:val="center"/>
          </w:tcPr>
          <w:p w14:paraId="27E4B9B3" w14:textId="228E743D" w:rsidR="00495083" w:rsidRDefault="006A4BB3" w:rsidP="00495083">
            <w:pPr>
              <w:pStyle w:val="ListParagraph"/>
              <w:spacing w:after="240"/>
              <w:ind w:left="0"/>
              <w:jc w:val="center"/>
            </w:pPr>
            <w:r>
              <w:t>867</w:t>
            </w:r>
          </w:p>
        </w:tc>
        <w:tc>
          <w:tcPr>
            <w:tcW w:w="827" w:type="dxa"/>
            <w:vAlign w:val="center"/>
          </w:tcPr>
          <w:p w14:paraId="0CB4C71F" w14:textId="1B1E067F" w:rsidR="00495083" w:rsidRDefault="00A91018" w:rsidP="00495083">
            <w:pPr>
              <w:pStyle w:val="ListParagraph"/>
              <w:spacing w:after="240"/>
              <w:ind w:left="0"/>
              <w:jc w:val="center"/>
            </w:pPr>
            <w:r>
              <w:t>146</w:t>
            </w:r>
          </w:p>
        </w:tc>
        <w:tc>
          <w:tcPr>
            <w:tcW w:w="1290" w:type="dxa"/>
            <w:vAlign w:val="center"/>
          </w:tcPr>
          <w:p w14:paraId="0E47A17E" w14:textId="785BBBAB" w:rsidR="00495083" w:rsidRDefault="00A91018" w:rsidP="00495083">
            <w:pPr>
              <w:pStyle w:val="ListParagraph"/>
              <w:spacing w:after="240"/>
              <w:ind w:left="0"/>
              <w:jc w:val="center"/>
            </w:pPr>
            <w:r>
              <w:t>64</w:t>
            </w:r>
          </w:p>
        </w:tc>
        <w:tc>
          <w:tcPr>
            <w:tcW w:w="1156" w:type="dxa"/>
            <w:vAlign w:val="center"/>
          </w:tcPr>
          <w:p w14:paraId="6D0B1F36" w14:textId="2A5B9CD0" w:rsidR="00495083" w:rsidRDefault="00A91018" w:rsidP="00495083">
            <w:pPr>
              <w:pStyle w:val="ListParagraph"/>
              <w:spacing w:after="240"/>
              <w:ind w:left="0"/>
              <w:jc w:val="center"/>
            </w:pPr>
            <w:r>
              <w:t>34,970</w:t>
            </w:r>
          </w:p>
        </w:tc>
        <w:tc>
          <w:tcPr>
            <w:tcW w:w="948" w:type="dxa"/>
            <w:vAlign w:val="center"/>
          </w:tcPr>
          <w:p w14:paraId="6C6523C1" w14:textId="42A20321" w:rsidR="00495083" w:rsidRDefault="00A91018" w:rsidP="0076757D">
            <w:pPr>
              <w:pStyle w:val="ListParagraph"/>
              <w:ind w:left="0"/>
              <w:jc w:val="center"/>
            </w:pPr>
            <w:r>
              <w:t>3,896</w:t>
            </w:r>
          </w:p>
        </w:tc>
      </w:tr>
    </w:tbl>
    <w:p w14:paraId="7380B810" w14:textId="5F4BF70B" w:rsidR="00495083" w:rsidRDefault="002E2007" w:rsidP="00495083">
      <w:pPr>
        <w:pStyle w:val="ListParagraph"/>
        <w:spacing w:after="240"/>
        <w:ind w:left="1440"/>
      </w:pPr>
      <w:r>
        <w:t>Roeder presented an updated report, including new breakdowns of usage.</w:t>
      </w:r>
      <w:r w:rsidR="00743B15">
        <w:t xml:space="preserve"> </w:t>
      </w:r>
    </w:p>
    <w:p w14:paraId="7FF548C3" w14:textId="2D875B4D" w:rsidR="0099210C" w:rsidRDefault="0099210C" w:rsidP="000F2535">
      <w:pPr>
        <w:pStyle w:val="ListParagraph"/>
        <w:numPr>
          <w:ilvl w:val="1"/>
          <w:numId w:val="15"/>
        </w:numPr>
        <w:spacing w:after="240"/>
      </w:pPr>
      <w:r w:rsidRPr="00BB03A8">
        <w:rPr>
          <w:b/>
          <w:bCs/>
        </w:rPr>
        <w:t>Year-to-Date Financial Report</w:t>
      </w:r>
      <w:r w:rsidRPr="0099210C">
        <w:t>:</w:t>
      </w:r>
    </w:p>
    <w:p w14:paraId="32B404BC" w14:textId="3158C095" w:rsidR="00464EE0" w:rsidRDefault="00464EE0" w:rsidP="00464EE0">
      <w:pPr>
        <w:pStyle w:val="ListParagraph"/>
        <w:numPr>
          <w:ilvl w:val="2"/>
          <w:numId w:val="15"/>
        </w:numPr>
        <w:spacing w:after="240"/>
      </w:pPr>
      <w:r>
        <w:t xml:space="preserve">Expenditures are at </w:t>
      </w:r>
      <w:r w:rsidR="00491230">
        <w:t>7.71</w:t>
      </w:r>
      <w:r>
        <w:t xml:space="preserve">%, and revenue is </w:t>
      </w:r>
      <w:r w:rsidR="00E809A9">
        <w:t>16.61</w:t>
      </w:r>
      <w:r>
        <w:t xml:space="preserve">% for </w:t>
      </w:r>
      <w:r w:rsidR="00E809A9">
        <w:t>8.33%</w:t>
      </w:r>
      <w:r>
        <w:t xml:space="preserve"> of fiscal year. </w:t>
      </w:r>
    </w:p>
    <w:p w14:paraId="6B2743CC" w14:textId="62CD5055" w:rsidR="003F45E4" w:rsidRDefault="0099210C" w:rsidP="00464EE0">
      <w:pPr>
        <w:pStyle w:val="ListParagraph"/>
        <w:numPr>
          <w:ilvl w:val="2"/>
          <w:numId w:val="15"/>
        </w:numPr>
        <w:spacing w:after="240"/>
      </w:pPr>
      <w:r w:rsidRPr="0099210C">
        <w:t xml:space="preserve">The </w:t>
      </w:r>
      <w:r w:rsidR="004D0216" w:rsidRPr="004D0216">
        <w:t>Trust and Agency Report showed $</w:t>
      </w:r>
      <w:r w:rsidR="00341717">
        <w:t>253.79</w:t>
      </w:r>
      <w:r w:rsidR="004D0216" w:rsidRPr="004D0216">
        <w:t xml:space="preserve"> in revenue</w:t>
      </w:r>
      <w:r w:rsidR="003F45E4">
        <w:t xml:space="preserve"> </w:t>
      </w:r>
      <w:r w:rsidR="00151298">
        <w:t>plus $</w:t>
      </w:r>
      <w:r w:rsidR="00D47C58">
        <w:t>125.25</w:t>
      </w:r>
      <w:r w:rsidR="00151298">
        <w:t xml:space="preserve"> in fees for a total monthly revenue of $</w:t>
      </w:r>
      <w:r w:rsidR="00341717">
        <w:t>379.04</w:t>
      </w:r>
      <w:r w:rsidR="00151298">
        <w:t xml:space="preserve">. Expenditures were </w:t>
      </w:r>
      <w:r w:rsidR="003F45E4">
        <w:t>$</w:t>
      </w:r>
      <w:r w:rsidR="00341717">
        <w:t>484.11</w:t>
      </w:r>
      <w:r w:rsidR="00D432BF">
        <w:t>.</w:t>
      </w:r>
    </w:p>
    <w:p w14:paraId="290E617D" w14:textId="6011FCD0" w:rsidR="00EE7A64" w:rsidRDefault="00D432BF" w:rsidP="004D0216">
      <w:pPr>
        <w:pStyle w:val="ListParagraph"/>
        <w:numPr>
          <w:ilvl w:val="2"/>
          <w:numId w:val="15"/>
        </w:numPr>
        <w:spacing w:after="240"/>
      </w:pPr>
      <w:r>
        <w:t>Interest on our investment fund (City Combined Account) was</w:t>
      </w:r>
      <w:r w:rsidR="00EB0AA6">
        <w:t xml:space="preserve"> $</w:t>
      </w:r>
      <w:r w:rsidR="00E52659">
        <w:t>685.04.</w:t>
      </w:r>
    </w:p>
    <w:p w14:paraId="0380DD61" w14:textId="0AC1F42B" w:rsidR="003D0F0E" w:rsidRDefault="00EB0AA6" w:rsidP="00512911">
      <w:pPr>
        <w:pStyle w:val="ListParagraph"/>
        <w:numPr>
          <w:ilvl w:val="1"/>
          <w:numId w:val="15"/>
        </w:numPr>
        <w:spacing w:after="240"/>
      </w:pPr>
      <w:r w:rsidRPr="00EB0AA6">
        <w:rPr>
          <w:b/>
          <w:bCs/>
        </w:rPr>
        <w:t>Project Updates:</w:t>
      </w:r>
      <w:r w:rsidR="00EE7A64">
        <w:t xml:space="preserve"> </w:t>
      </w:r>
      <w:r w:rsidR="0076757D">
        <w:t>annual library survey</w:t>
      </w:r>
      <w:r w:rsidR="00512911">
        <w:t xml:space="preserve"> </w:t>
      </w:r>
      <w:r w:rsidR="0076757D">
        <w:t xml:space="preserve">is </w:t>
      </w:r>
      <w:r w:rsidR="00512911">
        <w:t xml:space="preserve">due </w:t>
      </w:r>
      <w:r w:rsidR="0076757D">
        <w:t xml:space="preserve">at the </w:t>
      </w:r>
      <w:r w:rsidR="00512911">
        <w:t xml:space="preserve">end of Oct; accreditation work continues with deadline of Feb 2026; </w:t>
      </w:r>
      <w:r w:rsidR="00BE34A7">
        <w:t>9 librarians were trained on Stop the Bleed.</w:t>
      </w:r>
    </w:p>
    <w:p w14:paraId="58544543" w14:textId="7ACB7C20" w:rsidR="00D432BF" w:rsidRDefault="00D432BF" w:rsidP="003738AA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Youth and</w:t>
      </w:r>
      <w:r w:rsidR="00647DAD">
        <w:rPr>
          <w:b/>
          <w:bCs/>
        </w:rPr>
        <w:t xml:space="preserve"> Adult Programs</w:t>
      </w:r>
      <w:r w:rsidR="00647DAD">
        <w:t xml:space="preserve">: </w:t>
      </w:r>
    </w:p>
    <w:p w14:paraId="6F25D9A4" w14:textId="369FDED1" w:rsidR="00D432BF" w:rsidRDefault="00D432BF" w:rsidP="00D432BF">
      <w:pPr>
        <w:pStyle w:val="ListParagraph"/>
        <w:numPr>
          <w:ilvl w:val="2"/>
          <w:numId w:val="15"/>
        </w:numPr>
        <w:spacing w:after="240"/>
      </w:pPr>
      <w:r>
        <w:t>Adult</w:t>
      </w:r>
      <w:r w:rsidR="00495083">
        <w:t>:</w:t>
      </w:r>
      <w:r>
        <w:t xml:space="preserve"> </w:t>
      </w:r>
      <w:r w:rsidR="00B03CF8">
        <w:t>Summer reading program ends August 21.</w:t>
      </w:r>
    </w:p>
    <w:p w14:paraId="0E860252" w14:textId="21F4B548" w:rsidR="00647DAD" w:rsidRDefault="00D432BF" w:rsidP="00D432BF">
      <w:pPr>
        <w:pStyle w:val="ListParagraph"/>
        <w:numPr>
          <w:ilvl w:val="2"/>
          <w:numId w:val="15"/>
        </w:numPr>
        <w:spacing w:after="240"/>
      </w:pPr>
      <w:r>
        <w:t xml:space="preserve">Youth: </w:t>
      </w:r>
      <w:r w:rsidR="00B03CF8">
        <w:t xml:space="preserve">41 programs; 629 </w:t>
      </w:r>
      <w:proofErr w:type="gramStart"/>
      <w:r w:rsidR="00B03CF8">
        <w:t>attendees;</w:t>
      </w:r>
      <w:proofErr w:type="gramEnd"/>
      <w:r w:rsidR="00B03CF8">
        <w:t xml:space="preserve"> </w:t>
      </w:r>
    </w:p>
    <w:p w14:paraId="4CB3E1E3" w14:textId="50DFCAE8" w:rsidR="00B03CF8" w:rsidRPr="003738AA" w:rsidRDefault="00B03CF8" w:rsidP="00B03CF8">
      <w:pPr>
        <w:pStyle w:val="ListParagraph"/>
        <w:numPr>
          <w:ilvl w:val="3"/>
          <w:numId w:val="15"/>
        </w:numPr>
        <w:spacing w:after="240"/>
      </w:pPr>
      <w:r>
        <w:t xml:space="preserve">Highlights: </w:t>
      </w:r>
      <w:r w:rsidR="005D09C1">
        <w:t>bilingual story times</w:t>
      </w:r>
      <w:r w:rsidR="003E7DB5">
        <w:t>,</w:t>
      </w:r>
      <w:r w:rsidR="005D09C1">
        <w:t xml:space="preserve"> interactive movie day</w:t>
      </w:r>
      <w:r w:rsidR="003E7DB5">
        <w:t>,</w:t>
      </w:r>
      <w:r w:rsidR="005D09C1">
        <w:t xml:space="preserve"> cosplay class</w:t>
      </w:r>
      <w:r w:rsidR="003E7DB5">
        <w:t>,</w:t>
      </w:r>
      <w:r w:rsidR="005D09C1">
        <w:t xml:space="preserve"> sensory story times</w:t>
      </w:r>
      <w:r w:rsidR="003E7DB5">
        <w:t>,</w:t>
      </w:r>
      <w:r w:rsidR="0096645E">
        <w:t xml:space="preserve"> 7 different locations</w:t>
      </w:r>
      <w:r w:rsidR="0076757D">
        <w:t xml:space="preserve"> for summer programs</w:t>
      </w:r>
      <w:r w:rsidR="003E7DB5">
        <w:t>,</w:t>
      </w:r>
      <w:r w:rsidR="00031075">
        <w:t xml:space="preserve"> 27 community partners and volunteers </w:t>
      </w:r>
      <w:r w:rsidR="0076757D">
        <w:t>for</w:t>
      </w:r>
      <w:r w:rsidR="00031075">
        <w:t xml:space="preserve"> summer reading programs</w:t>
      </w:r>
      <w:r w:rsidR="003E7DB5">
        <w:t>,</w:t>
      </w:r>
      <w:r w:rsidR="004A4E29">
        <w:t xml:space="preserve"> </w:t>
      </w:r>
      <w:r w:rsidR="003E7DB5">
        <w:t xml:space="preserve">popularity of </w:t>
      </w:r>
      <w:r w:rsidR="004A4E29">
        <w:t>D&amp;D program</w:t>
      </w:r>
      <w:r w:rsidR="003E7DB5">
        <w:t>.</w:t>
      </w:r>
    </w:p>
    <w:p w14:paraId="0EDF9103" w14:textId="64609E7A" w:rsidR="003738AA" w:rsidRPr="00CB414B" w:rsidRDefault="0099210C" w:rsidP="003738AA">
      <w:pPr>
        <w:pStyle w:val="ListParagraph"/>
        <w:numPr>
          <w:ilvl w:val="1"/>
          <w:numId w:val="15"/>
        </w:numPr>
        <w:spacing w:after="240"/>
      </w:pPr>
      <w:r w:rsidRPr="0099210C">
        <w:rPr>
          <w:b/>
          <w:bCs/>
        </w:rPr>
        <w:t>Friends of the Library Report:</w:t>
      </w:r>
      <w:r w:rsidR="00EB0AA6">
        <w:t xml:space="preserve"> </w:t>
      </w:r>
      <w:r w:rsidR="004A4E29">
        <w:t xml:space="preserve">Next meeting is August 20, </w:t>
      </w:r>
      <w:proofErr w:type="gramStart"/>
      <w:r w:rsidR="004A4E29">
        <w:t>202</w:t>
      </w:r>
      <w:r w:rsidR="001839F5">
        <w:t>5</w:t>
      </w:r>
      <w:proofErr w:type="gramEnd"/>
      <w:r w:rsidR="001839F5">
        <w:t xml:space="preserve"> at 6:30pm.</w:t>
      </w:r>
      <w:r w:rsidR="00B21D50">
        <w:t xml:space="preserve"> Zmolek will attend.</w:t>
      </w:r>
      <w:r w:rsidR="001839F5">
        <w:t xml:space="preserve"> </w:t>
      </w:r>
      <w:r w:rsidR="0015501E">
        <w:t>Sep</w:t>
      </w:r>
      <w:r w:rsidR="009056A6">
        <w:t xml:space="preserve">t 12-20 is </w:t>
      </w:r>
      <w:proofErr w:type="gramStart"/>
      <w:r w:rsidR="009056A6">
        <w:t>fall</w:t>
      </w:r>
      <w:proofErr w:type="gramEnd"/>
      <w:r w:rsidR="009056A6">
        <w:t xml:space="preserve"> book sale. </w:t>
      </w:r>
      <w:r w:rsidR="00BD23CC">
        <w:t>October 23 is the annual</w:t>
      </w:r>
      <w:r w:rsidR="003E7DB5">
        <w:t xml:space="preserve"> meeting</w:t>
      </w:r>
      <w:r w:rsidR="00BD23CC">
        <w:t>.</w:t>
      </w:r>
    </w:p>
    <w:p w14:paraId="621E75B3" w14:textId="77777777" w:rsidR="0099210C" w:rsidRP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lastRenderedPageBreak/>
        <w:t>Old Business:</w:t>
      </w:r>
    </w:p>
    <w:p w14:paraId="27FA6342" w14:textId="6D0BD244" w:rsidR="00F90746" w:rsidRDefault="008470AA" w:rsidP="002C0760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Library Expansion</w:t>
      </w:r>
      <w:r w:rsidR="0023147B" w:rsidRPr="003738AA">
        <w:rPr>
          <w:b/>
          <w:bCs/>
        </w:rPr>
        <w:t>:</w:t>
      </w:r>
      <w:r w:rsidR="00E57511">
        <w:rPr>
          <w:b/>
          <w:bCs/>
        </w:rPr>
        <w:t xml:space="preserve"> </w:t>
      </w:r>
      <w:r w:rsidR="002A6830">
        <w:t>Melissa Pence from Amperage has prepared a capital campaign and marketing fee proposal for the Foundation. Roberts reported that she is meeting with attorney, and Foundation formation work continues.</w:t>
      </w:r>
      <w:r w:rsidR="009A2658">
        <w:t xml:space="preserve"> Taylor wrote a letter to the editor for Greene Co. News Online.</w:t>
      </w:r>
    </w:p>
    <w:p w14:paraId="09F53A38" w14:textId="77777777" w:rsidR="009E25D3" w:rsidRPr="009E25D3" w:rsidRDefault="0099210C" w:rsidP="009E25D3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New Business:</w:t>
      </w:r>
    </w:p>
    <w:p w14:paraId="4C093238" w14:textId="7D7E1364" w:rsidR="00E57511" w:rsidRDefault="00BF68AA" w:rsidP="00E57511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Roles and Responsibilities</w:t>
      </w:r>
      <w:r w:rsidR="00E57511" w:rsidRPr="003738AA">
        <w:rPr>
          <w:b/>
          <w:bCs/>
        </w:rPr>
        <w:t>:</w:t>
      </w:r>
      <w:r w:rsidR="00E57511">
        <w:rPr>
          <w:b/>
          <w:bCs/>
        </w:rPr>
        <w:t xml:space="preserve"> </w:t>
      </w:r>
      <w:r w:rsidR="00AA42E2">
        <w:t xml:space="preserve">Millard created a graphic to </w:t>
      </w:r>
      <w:r w:rsidR="007F3004">
        <w:t>display the different roles and responsibilities for different groups involved in the expansion project</w:t>
      </w:r>
      <w:r w:rsidR="003904EF">
        <w:t>. She also shared a document based on a roles and responsibilities document form the Grimes Public Library.</w:t>
      </w:r>
      <w:r w:rsidR="00A74230">
        <w:t xml:space="preserve"> There was a </w:t>
      </w:r>
      <w:r w:rsidR="006F298D">
        <w:t xml:space="preserve">discussion of the FOL’s and Foundation’s roles in fundraising. </w:t>
      </w:r>
    </w:p>
    <w:p w14:paraId="17D87E70" w14:textId="2318EC33" w:rsidR="00E57511" w:rsidRDefault="00FA183D" w:rsidP="00E57511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Discussion of Architects and Proposals</w:t>
      </w:r>
      <w:r w:rsidR="00E57511" w:rsidRPr="003738AA">
        <w:rPr>
          <w:b/>
          <w:bCs/>
        </w:rPr>
        <w:t>:</w:t>
      </w:r>
      <w:r w:rsidR="00E57511">
        <w:rPr>
          <w:b/>
          <w:bCs/>
        </w:rPr>
        <w:t xml:space="preserve"> </w:t>
      </w:r>
      <w:r w:rsidR="003E7DB5">
        <w:t>T</w:t>
      </w:r>
      <w:r w:rsidR="00AA1F9E">
        <w:t>he process</w:t>
      </w:r>
      <w:r w:rsidR="006C4531">
        <w:t xml:space="preserve"> for making</w:t>
      </w:r>
      <w:r w:rsidR="00857439">
        <w:t xml:space="preserve"> our architect</w:t>
      </w:r>
      <w:r w:rsidR="006C4531">
        <w:t xml:space="preserve"> recommendation to City</w:t>
      </w:r>
      <w:r w:rsidR="003E7DB5">
        <w:t xml:space="preserve"> was reviewed</w:t>
      </w:r>
      <w:r w:rsidR="006C4531">
        <w:t xml:space="preserve">. </w:t>
      </w:r>
      <w:r w:rsidR="001A348C">
        <w:t>We need to get on Aug</w:t>
      </w:r>
      <w:r w:rsidR="00857439">
        <w:t xml:space="preserve"> </w:t>
      </w:r>
      <w:r w:rsidR="001A348C">
        <w:t xml:space="preserve">26 or Sept 9 </w:t>
      </w:r>
      <w:r w:rsidR="003E7DB5">
        <w:t>C</w:t>
      </w:r>
      <w:r w:rsidR="001A348C">
        <w:t xml:space="preserve">ity </w:t>
      </w:r>
      <w:r w:rsidR="003E7DB5">
        <w:t>C</w:t>
      </w:r>
      <w:r w:rsidR="001A348C">
        <w:t>ouncil meeting</w:t>
      </w:r>
      <w:r w:rsidR="003E7DB5">
        <w:t xml:space="preserve"> agenda</w:t>
      </w:r>
      <w:r w:rsidR="00C21BCF">
        <w:t>.</w:t>
      </w:r>
      <w:r w:rsidR="0007293D">
        <w:t xml:space="preserve"> </w:t>
      </w:r>
      <w:r w:rsidR="00857439">
        <w:t>Attendees</w:t>
      </w:r>
      <w:r w:rsidR="0007293D">
        <w:t xml:space="preserve"> gave their impressions of the </w:t>
      </w:r>
      <w:r w:rsidR="003E7DB5">
        <w:t xml:space="preserve">architect </w:t>
      </w:r>
      <w:r w:rsidR="0007293D">
        <w:t>presentation</w:t>
      </w:r>
      <w:r w:rsidR="00630140">
        <w:t>s</w:t>
      </w:r>
      <w:r w:rsidR="003E7DB5">
        <w:t>, and a lengthy conversation ensued</w:t>
      </w:r>
      <w:r w:rsidR="00630140">
        <w:t>.</w:t>
      </w:r>
      <w:r w:rsidR="001A5052">
        <w:t xml:space="preserve"> </w:t>
      </w:r>
      <w:r w:rsidR="00BA3E4B">
        <w:t>Architect r</w:t>
      </w:r>
      <w:r w:rsidR="001A5052">
        <w:t xml:space="preserve">eferences were </w:t>
      </w:r>
      <w:r w:rsidR="00503102">
        <w:t>shared.</w:t>
      </w:r>
    </w:p>
    <w:p w14:paraId="6E39C289" w14:textId="60AD26F7" w:rsidR="00FC6CEF" w:rsidRDefault="00FA183D" w:rsidP="00FC6CEF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Selection of Architects</w:t>
      </w:r>
      <w:r w:rsidR="00FC6CEF" w:rsidRPr="003738AA">
        <w:rPr>
          <w:b/>
          <w:bCs/>
        </w:rPr>
        <w:t>:</w:t>
      </w:r>
      <w:r w:rsidR="00FC6CEF">
        <w:rPr>
          <w:b/>
          <w:bCs/>
        </w:rPr>
        <w:t xml:space="preserve"> </w:t>
      </w:r>
      <w:r w:rsidR="003E7DB5">
        <w:t>A meeting was scheduled for Tuesday</w:t>
      </w:r>
      <w:r w:rsidR="00033E64">
        <w:t xml:space="preserve">, August 19, 2025, </w:t>
      </w:r>
      <w:r w:rsidR="00BA3E4B">
        <w:t>at</w:t>
      </w:r>
      <w:r w:rsidR="00B16668">
        <w:t xml:space="preserve"> 6:30</w:t>
      </w:r>
      <w:r w:rsidR="00BA3E4B">
        <w:t>pm</w:t>
      </w:r>
      <w:r w:rsidR="00B16668">
        <w:t xml:space="preserve"> </w:t>
      </w:r>
      <w:r w:rsidR="003E7DB5">
        <w:t>to pick the architect.</w:t>
      </w:r>
      <w:r w:rsidR="00D25364">
        <w:t xml:space="preserve"> </w:t>
      </w:r>
    </w:p>
    <w:p w14:paraId="391ED0B7" w14:textId="4CB24EE7" w:rsidR="00FC6CEF" w:rsidRDefault="00AA1F9E" w:rsidP="001E7166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Open Meetings/Open Records Training</w:t>
      </w:r>
      <w:r w:rsidR="00FC6CEF" w:rsidRPr="003738AA">
        <w:rPr>
          <w:b/>
          <w:bCs/>
        </w:rPr>
        <w:t>:</w:t>
      </w:r>
      <w:r w:rsidR="00FC6CEF">
        <w:rPr>
          <w:b/>
          <w:bCs/>
        </w:rPr>
        <w:t xml:space="preserve"> </w:t>
      </w:r>
      <w:r w:rsidR="001F212B">
        <w:t xml:space="preserve">All new trustees will be required to </w:t>
      </w:r>
      <w:r w:rsidR="00BA3E4B">
        <w:t xml:space="preserve">complete </w:t>
      </w:r>
      <w:r w:rsidR="001F212B">
        <w:t>open meeting and open records trainings</w:t>
      </w:r>
      <w:r w:rsidR="008B06D3">
        <w:t xml:space="preserve"> through Iowa Public Information Board.</w:t>
      </w:r>
      <w:r w:rsidR="006C001A">
        <w:t xml:space="preserve"> It is not required for existing board members. Dates TBD.</w:t>
      </w:r>
    </w:p>
    <w:p w14:paraId="16CB15C7" w14:textId="03B685D9" w:rsidR="0099210C" w:rsidRDefault="0099210C" w:rsidP="009E25D3">
      <w:pPr>
        <w:pStyle w:val="ListParagraph"/>
        <w:numPr>
          <w:ilvl w:val="0"/>
          <w:numId w:val="15"/>
        </w:numPr>
        <w:spacing w:after="240"/>
      </w:pPr>
      <w:r w:rsidRPr="009E25D3">
        <w:rPr>
          <w:b/>
          <w:bCs/>
        </w:rPr>
        <w:t xml:space="preserve">Next Meeting: </w:t>
      </w:r>
      <w:r w:rsidRPr="0099210C">
        <w:t>Monday,</w:t>
      </w:r>
      <w:r w:rsidR="006C001A">
        <w:t xml:space="preserve"> Sept</w:t>
      </w:r>
      <w:r w:rsidR="00E57511">
        <w:t xml:space="preserve"> </w:t>
      </w:r>
      <w:r w:rsidR="006C001A">
        <w:t>8</w:t>
      </w:r>
      <w:r w:rsidR="00FE2914">
        <w:t>,</w:t>
      </w:r>
      <w:r w:rsidRPr="0099210C">
        <w:t xml:space="preserve"> at 6:30 p.m. </w:t>
      </w:r>
      <w:r w:rsidR="00561BF6">
        <w:t xml:space="preserve">in the </w:t>
      </w:r>
      <w:r w:rsidR="00BA3E4B">
        <w:t>basement</w:t>
      </w:r>
      <w:r w:rsidR="006E2C35">
        <w:t>.</w:t>
      </w:r>
    </w:p>
    <w:p w14:paraId="148429A9" w14:textId="047476C2" w:rsid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Adjournment:</w:t>
      </w:r>
      <w:r>
        <w:rPr>
          <w:b/>
          <w:bCs/>
        </w:rPr>
        <w:t xml:space="preserve"> </w:t>
      </w:r>
      <w:r w:rsidRPr="0099210C">
        <w:t xml:space="preserve">Motion by </w:t>
      </w:r>
      <w:r w:rsidR="00DB71F2">
        <w:t>Clawson</w:t>
      </w:r>
      <w:r w:rsidRPr="0099210C">
        <w:t xml:space="preserve">, seconded by </w:t>
      </w:r>
      <w:r w:rsidR="00DB71F2">
        <w:t>Zmolek</w:t>
      </w:r>
      <w:r w:rsidRPr="0099210C">
        <w:t>. Motion carried.</w:t>
      </w:r>
    </w:p>
    <w:p w14:paraId="76B49F89" w14:textId="10B980E6" w:rsidR="00B0359D" w:rsidRDefault="00B0359D" w:rsidP="00BE2C19">
      <w:pPr>
        <w:spacing w:after="240"/>
      </w:pPr>
      <w:r>
        <w:t xml:space="preserve">Submitted by </w:t>
      </w:r>
      <w:r w:rsidR="0004561C">
        <w:t>Clancy Clawson</w:t>
      </w:r>
      <w:r>
        <w:t>, secretary</w:t>
      </w:r>
      <w:r w:rsidR="0004561C">
        <w:t>.</w:t>
      </w:r>
    </w:p>
    <w:p w14:paraId="05E2B516" w14:textId="77777777" w:rsidR="00B0359D" w:rsidRDefault="00B0359D" w:rsidP="00B0359D"/>
    <w:p w14:paraId="7565E616" w14:textId="77777777" w:rsidR="007B4C69" w:rsidRDefault="00DB71F2">
      <w:r>
        <w:t>_______________________________________________</w:t>
      </w:r>
      <w:r>
        <w:tab/>
        <w:t>_______________________________________________</w:t>
      </w:r>
      <w:r>
        <w:br/>
        <w:t>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Secretary</w:t>
      </w:r>
    </w:p>
    <w:sectPr w:rsidR="007B4C6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683209"/>
    <w:multiLevelType w:val="hybridMultilevel"/>
    <w:tmpl w:val="81AE5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34DEF"/>
    <w:multiLevelType w:val="hybridMultilevel"/>
    <w:tmpl w:val="65E09F4C"/>
    <w:lvl w:ilvl="0" w:tplc="AA6A435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F485E"/>
    <w:multiLevelType w:val="hybridMultilevel"/>
    <w:tmpl w:val="1D7EAB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94B14"/>
    <w:multiLevelType w:val="hybridMultilevel"/>
    <w:tmpl w:val="A4E8FC36"/>
    <w:lvl w:ilvl="0" w:tplc="24F896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81557"/>
    <w:multiLevelType w:val="hybridMultilevel"/>
    <w:tmpl w:val="3FD06A7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238F1"/>
    <w:multiLevelType w:val="hybridMultilevel"/>
    <w:tmpl w:val="B61E36B2"/>
    <w:lvl w:ilvl="0" w:tplc="71901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388077">
    <w:abstractNumId w:val="8"/>
  </w:num>
  <w:num w:numId="2" w16cid:durableId="1941837758">
    <w:abstractNumId w:val="6"/>
  </w:num>
  <w:num w:numId="3" w16cid:durableId="489366643">
    <w:abstractNumId w:val="5"/>
  </w:num>
  <w:num w:numId="4" w16cid:durableId="1711490463">
    <w:abstractNumId w:val="4"/>
  </w:num>
  <w:num w:numId="5" w16cid:durableId="1793941655">
    <w:abstractNumId w:val="7"/>
  </w:num>
  <w:num w:numId="6" w16cid:durableId="654915649">
    <w:abstractNumId w:val="3"/>
  </w:num>
  <w:num w:numId="7" w16cid:durableId="1759709809">
    <w:abstractNumId w:val="2"/>
  </w:num>
  <w:num w:numId="8" w16cid:durableId="1072855776">
    <w:abstractNumId w:val="1"/>
  </w:num>
  <w:num w:numId="9" w16cid:durableId="1926379613">
    <w:abstractNumId w:val="0"/>
  </w:num>
  <w:num w:numId="10" w16cid:durableId="372198904">
    <w:abstractNumId w:val="13"/>
  </w:num>
  <w:num w:numId="11" w16cid:durableId="623773583">
    <w:abstractNumId w:val="14"/>
  </w:num>
  <w:num w:numId="12" w16cid:durableId="779295616">
    <w:abstractNumId w:val="11"/>
  </w:num>
  <w:num w:numId="13" w16cid:durableId="1212573276">
    <w:abstractNumId w:val="12"/>
  </w:num>
  <w:num w:numId="14" w16cid:durableId="509679874">
    <w:abstractNumId w:val="9"/>
  </w:num>
  <w:num w:numId="15" w16cid:durableId="690298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87D"/>
    <w:rsid w:val="0001294C"/>
    <w:rsid w:val="00031075"/>
    <w:rsid w:val="00031AE6"/>
    <w:rsid w:val="00033E64"/>
    <w:rsid w:val="00034616"/>
    <w:rsid w:val="0004561C"/>
    <w:rsid w:val="0006063C"/>
    <w:rsid w:val="00065521"/>
    <w:rsid w:val="0007293D"/>
    <w:rsid w:val="000C6675"/>
    <w:rsid w:val="000D63FE"/>
    <w:rsid w:val="000F1A45"/>
    <w:rsid w:val="0015074B"/>
    <w:rsid w:val="00151298"/>
    <w:rsid w:val="0015501E"/>
    <w:rsid w:val="00181A06"/>
    <w:rsid w:val="001839F5"/>
    <w:rsid w:val="00197434"/>
    <w:rsid w:val="001A348C"/>
    <w:rsid w:val="001A4FF5"/>
    <w:rsid w:val="001A5052"/>
    <w:rsid w:val="001B68B6"/>
    <w:rsid w:val="001C15CB"/>
    <w:rsid w:val="001E7166"/>
    <w:rsid w:val="001F212B"/>
    <w:rsid w:val="002006D4"/>
    <w:rsid w:val="00227B5B"/>
    <w:rsid w:val="0023147B"/>
    <w:rsid w:val="0029639D"/>
    <w:rsid w:val="002A6830"/>
    <w:rsid w:val="002C0760"/>
    <w:rsid w:val="002C09F9"/>
    <w:rsid w:val="002E2007"/>
    <w:rsid w:val="00317326"/>
    <w:rsid w:val="00320F66"/>
    <w:rsid w:val="00326F90"/>
    <w:rsid w:val="00341717"/>
    <w:rsid w:val="003738AA"/>
    <w:rsid w:val="003848CA"/>
    <w:rsid w:val="003904EF"/>
    <w:rsid w:val="003D0F0E"/>
    <w:rsid w:val="003E7DB5"/>
    <w:rsid w:val="003F45E4"/>
    <w:rsid w:val="003F7F89"/>
    <w:rsid w:val="00452CC6"/>
    <w:rsid w:val="00456AED"/>
    <w:rsid w:val="00464EE0"/>
    <w:rsid w:val="0047132A"/>
    <w:rsid w:val="00491230"/>
    <w:rsid w:val="00495083"/>
    <w:rsid w:val="004A4E29"/>
    <w:rsid w:val="004C7A9B"/>
    <w:rsid w:val="004D0216"/>
    <w:rsid w:val="004D3EF2"/>
    <w:rsid w:val="004F533E"/>
    <w:rsid w:val="00503102"/>
    <w:rsid w:val="00512911"/>
    <w:rsid w:val="00514F9F"/>
    <w:rsid w:val="00525C78"/>
    <w:rsid w:val="00556698"/>
    <w:rsid w:val="00561BF6"/>
    <w:rsid w:val="00577B4B"/>
    <w:rsid w:val="005A736F"/>
    <w:rsid w:val="005D09C1"/>
    <w:rsid w:val="006045BF"/>
    <w:rsid w:val="00630140"/>
    <w:rsid w:val="00647DAD"/>
    <w:rsid w:val="0066617F"/>
    <w:rsid w:val="006A4BB3"/>
    <w:rsid w:val="006C001A"/>
    <w:rsid w:val="006C4531"/>
    <w:rsid w:val="006E2C35"/>
    <w:rsid w:val="006F298D"/>
    <w:rsid w:val="00743B15"/>
    <w:rsid w:val="0076757D"/>
    <w:rsid w:val="007772E4"/>
    <w:rsid w:val="007B4C69"/>
    <w:rsid w:val="007F3004"/>
    <w:rsid w:val="00814624"/>
    <w:rsid w:val="00827D8F"/>
    <w:rsid w:val="008470AA"/>
    <w:rsid w:val="00857439"/>
    <w:rsid w:val="008648BD"/>
    <w:rsid w:val="008B06D3"/>
    <w:rsid w:val="008E32AC"/>
    <w:rsid w:val="009056A6"/>
    <w:rsid w:val="00915D90"/>
    <w:rsid w:val="0095644C"/>
    <w:rsid w:val="0096645E"/>
    <w:rsid w:val="009666BB"/>
    <w:rsid w:val="00975B6C"/>
    <w:rsid w:val="0099210C"/>
    <w:rsid w:val="009A2658"/>
    <w:rsid w:val="009B4C38"/>
    <w:rsid w:val="009B75F8"/>
    <w:rsid w:val="009E25D3"/>
    <w:rsid w:val="009E7DD4"/>
    <w:rsid w:val="00A114B3"/>
    <w:rsid w:val="00A20BF6"/>
    <w:rsid w:val="00A507F8"/>
    <w:rsid w:val="00A74230"/>
    <w:rsid w:val="00A91018"/>
    <w:rsid w:val="00AA1D8D"/>
    <w:rsid w:val="00AA1F9E"/>
    <w:rsid w:val="00AA42E2"/>
    <w:rsid w:val="00AD68CC"/>
    <w:rsid w:val="00B0359D"/>
    <w:rsid w:val="00B03CF8"/>
    <w:rsid w:val="00B16668"/>
    <w:rsid w:val="00B20C5E"/>
    <w:rsid w:val="00B21D50"/>
    <w:rsid w:val="00B3641F"/>
    <w:rsid w:val="00B47730"/>
    <w:rsid w:val="00B57065"/>
    <w:rsid w:val="00B67655"/>
    <w:rsid w:val="00B72991"/>
    <w:rsid w:val="00B74D75"/>
    <w:rsid w:val="00BA3E4B"/>
    <w:rsid w:val="00BA787B"/>
    <w:rsid w:val="00BB03A8"/>
    <w:rsid w:val="00BD23CC"/>
    <w:rsid w:val="00BE2C19"/>
    <w:rsid w:val="00BE34A7"/>
    <w:rsid w:val="00BF68AA"/>
    <w:rsid w:val="00C147DF"/>
    <w:rsid w:val="00C21BCF"/>
    <w:rsid w:val="00C87DF0"/>
    <w:rsid w:val="00C90783"/>
    <w:rsid w:val="00CB0664"/>
    <w:rsid w:val="00CB414B"/>
    <w:rsid w:val="00CC0467"/>
    <w:rsid w:val="00D25364"/>
    <w:rsid w:val="00D432BF"/>
    <w:rsid w:val="00D47C58"/>
    <w:rsid w:val="00D52079"/>
    <w:rsid w:val="00DB71F2"/>
    <w:rsid w:val="00DE25D7"/>
    <w:rsid w:val="00E1395C"/>
    <w:rsid w:val="00E24612"/>
    <w:rsid w:val="00E52659"/>
    <w:rsid w:val="00E57511"/>
    <w:rsid w:val="00E809A9"/>
    <w:rsid w:val="00EB0AA6"/>
    <w:rsid w:val="00ED688B"/>
    <w:rsid w:val="00EE7A64"/>
    <w:rsid w:val="00EF5C11"/>
    <w:rsid w:val="00F44397"/>
    <w:rsid w:val="00F63E0F"/>
    <w:rsid w:val="00F7240A"/>
    <w:rsid w:val="00F80604"/>
    <w:rsid w:val="00F90746"/>
    <w:rsid w:val="00FA183D"/>
    <w:rsid w:val="00FB5CD9"/>
    <w:rsid w:val="00FC693F"/>
    <w:rsid w:val="00FC6CEF"/>
    <w:rsid w:val="00FD6648"/>
    <w:rsid w:val="00FE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B0A70"/>
  <w14:defaultImageDpi w14:val="300"/>
  <w15:docId w15:val="{B0B0E9AA-C565-994C-9B42-0E3F538F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1A4FF5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A4FF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23147B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Clancy Clawson</cp:lastModifiedBy>
  <cp:revision>68</cp:revision>
  <dcterms:created xsi:type="dcterms:W3CDTF">2025-08-11T22:19:00Z</dcterms:created>
  <dcterms:modified xsi:type="dcterms:W3CDTF">2025-08-16T16:33:00Z</dcterms:modified>
  <cp:category/>
</cp:coreProperties>
</file>