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8FA" w14:textId="77777777" w:rsidR="001A4FF5" w:rsidRPr="001A4FF5" w:rsidRDefault="001A4FF5" w:rsidP="001A4FF5">
      <w:pPr>
        <w:pStyle w:val="Heading1"/>
      </w:pPr>
      <w:r w:rsidRPr="001A4FF5">
        <w:t>Jefferson Public Library</w:t>
      </w:r>
    </w:p>
    <w:p w14:paraId="540E0CDC" w14:textId="77777777" w:rsidR="001A4FF5" w:rsidRPr="001A4FF5" w:rsidRDefault="001A4FF5" w:rsidP="001A4FF5">
      <w:pPr>
        <w:pStyle w:val="Heading1"/>
      </w:pPr>
      <w:r w:rsidRPr="001A4FF5">
        <w:t>Meeting of the Board of Trustees</w:t>
      </w:r>
    </w:p>
    <w:p w14:paraId="49F94EAA" w14:textId="4D93AAA5" w:rsidR="001A4FF5" w:rsidRDefault="00A448F9" w:rsidP="0000487D">
      <w:pPr>
        <w:pStyle w:val="Heading1"/>
      </w:pPr>
      <w:r>
        <w:t>A</w:t>
      </w:r>
      <w:r w:rsidR="00DB4A09">
        <w:t>ug</w:t>
      </w:r>
      <w:r>
        <w:t xml:space="preserve"> 7</w:t>
      </w:r>
      <w:r w:rsidR="001A4FF5" w:rsidRPr="001A4FF5">
        <w:t xml:space="preserve">, </w:t>
      </w:r>
      <w:proofErr w:type="gramStart"/>
      <w:r w:rsidR="001A4FF5" w:rsidRPr="001A4FF5">
        <w:t>202</w:t>
      </w:r>
      <w:r w:rsidR="004D3EF2">
        <w:t>5</w:t>
      </w:r>
      <w:proofErr w:type="gramEnd"/>
      <w:r w:rsidR="004D3EF2">
        <w:t xml:space="preserve"> | </w:t>
      </w:r>
      <w:r w:rsidR="00DB4A09">
        <w:t>4</w:t>
      </w:r>
      <w:r w:rsidR="00270552">
        <w:t>:</w:t>
      </w:r>
      <w:r>
        <w:t>00</w:t>
      </w:r>
      <w:r w:rsidR="004D3EF2">
        <w:t xml:space="preserve"> pm | </w:t>
      </w:r>
      <w:r w:rsidR="00DB4A09">
        <w:t>City Hall</w:t>
      </w:r>
    </w:p>
    <w:p w14:paraId="421E7DC3" w14:textId="77777777" w:rsidR="00D52079" w:rsidRPr="00D52079" w:rsidRDefault="00D52079" w:rsidP="00D52079"/>
    <w:p w14:paraId="1136D7D7" w14:textId="4EB0680E" w:rsidR="004D3EF2" w:rsidRDefault="0099210C" w:rsidP="009666B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 xml:space="preserve">Meeting was called to order by </w:t>
      </w:r>
      <w:r w:rsidR="00DB4A09">
        <w:rPr>
          <w:b/>
          <w:bCs/>
        </w:rPr>
        <w:t>Yepsen</w:t>
      </w:r>
      <w:r w:rsidRPr="0099210C">
        <w:rPr>
          <w:b/>
          <w:bCs/>
        </w:rPr>
        <w:t>.</w:t>
      </w:r>
      <w:r>
        <w:rPr>
          <w:b/>
          <w:bCs/>
        </w:rPr>
        <w:br/>
      </w:r>
      <w:r w:rsidRPr="0099210C">
        <w:t xml:space="preserve">Present: </w:t>
      </w:r>
      <w:r w:rsidR="000F1A45" w:rsidRPr="000F1A45">
        <w:t> </w:t>
      </w:r>
      <w:r w:rsidR="009666BB">
        <w:t xml:space="preserve"> Yepsen, Stevens</w:t>
      </w:r>
      <w:r w:rsidR="009C3D2B">
        <w:t>,</w:t>
      </w:r>
      <w:r w:rsidR="009666BB">
        <w:t xml:space="preserve"> </w:t>
      </w:r>
      <w:r w:rsidR="00EB1379">
        <w:t xml:space="preserve">Clawson, </w:t>
      </w:r>
      <w:r w:rsidR="00C24D51">
        <w:t xml:space="preserve">Zmolek. </w:t>
      </w:r>
      <w:r w:rsidR="008D19C8">
        <w:t xml:space="preserve">Also present: Millard, Mount, Roeder, </w:t>
      </w:r>
      <w:r w:rsidR="002D262D">
        <w:t>S. Peterson, Roberts, Te</w:t>
      </w:r>
      <w:r w:rsidR="00320BFE">
        <w:t>u</w:t>
      </w:r>
      <w:r w:rsidR="002D262D">
        <w:t>sch</w:t>
      </w:r>
      <w:r w:rsidR="00DC34C3">
        <w:t xml:space="preserve">, </w:t>
      </w:r>
      <w:r w:rsidR="001D7CFC">
        <w:t xml:space="preserve">Rogers, </w:t>
      </w:r>
      <w:r w:rsidR="00DC34C3">
        <w:t>and various members of the public.</w:t>
      </w:r>
    </w:p>
    <w:p w14:paraId="4F30303B" w14:textId="2CB04860" w:rsidR="000B627A" w:rsidRDefault="00093D01" w:rsidP="009666BB">
      <w:pPr>
        <w:pStyle w:val="ListParagraph"/>
        <w:numPr>
          <w:ilvl w:val="0"/>
          <w:numId w:val="15"/>
        </w:numPr>
        <w:spacing w:after="240"/>
      </w:pPr>
      <w:r>
        <w:rPr>
          <w:b/>
          <w:bCs/>
        </w:rPr>
        <w:t>Introduction:</w:t>
      </w:r>
      <w:r>
        <w:t xml:space="preserve"> Millard introduced the Trustees, the </w:t>
      </w:r>
      <w:r w:rsidR="002650B5">
        <w:t xml:space="preserve">Foundation Board, </w:t>
      </w:r>
      <w:r w:rsidR="004B5E5B">
        <w:t>members of the friends</w:t>
      </w:r>
      <w:r w:rsidR="002650B5">
        <w:t xml:space="preserve"> of the library</w:t>
      </w:r>
    </w:p>
    <w:p w14:paraId="5DF5CD77" w14:textId="41B754E1" w:rsidR="00C24D51" w:rsidRPr="00C24D51" w:rsidRDefault="00C24D51" w:rsidP="00C24D51">
      <w:pPr>
        <w:pStyle w:val="ListParagraph"/>
        <w:numPr>
          <w:ilvl w:val="0"/>
          <w:numId w:val="15"/>
        </w:numPr>
        <w:spacing w:after="240"/>
      </w:pPr>
      <w:r>
        <w:rPr>
          <w:b/>
          <w:bCs/>
        </w:rPr>
        <w:t>Invision</w:t>
      </w:r>
      <w:r w:rsidR="00E3583A">
        <w:rPr>
          <w:b/>
          <w:bCs/>
        </w:rPr>
        <w:t xml:space="preserve">: </w:t>
      </w:r>
      <w:r w:rsidR="00E3583A">
        <w:t>Mike Bechtel and Abbey Potthoff presented.</w:t>
      </w:r>
    </w:p>
    <w:p w14:paraId="63D49FD5" w14:textId="54BF27DD" w:rsidR="00C24D51" w:rsidRPr="00C24D51" w:rsidRDefault="00C24D51" w:rsidP="00C24D51">
      <w:pPr>
        <w:pStyle w:val="ListParagraph"/>
        <w:numPr>
          <w:ilvl w:val="0"/>
          <w:numId w:val="15"/>
        </w:numPr>
        <w:spacing w:after="240"/>
      </w:pPr>
      <w:r>
        <w:rPr>
          <w:b/>
          <w:bCs/>
        </w:rPr>
        <w:t>Studio Melee</w:t>
      </w:r>
      <w:r w:rsidR="00A84255">
        <w:rPr>
          <w:b/>
          <w:bCs/>
        </w:rPr>
        <w:t xml:space="preserve">: </w:t>
      </w:r>
      <w:r w:rsidR="00A84255">
        <w:t>Curtis</w:t>
      </w:r>
      <w:r w:rsidR="0083310C">
        <w:t xml:space="preserve"> </w:t>
      </w:r>
      <w:r w:rsidR="00A84255">
        <w:t>Ehler,</w:t>
      </w:r>
      <w:r w:rsidR="007B7E72">
        <w:t xml:space="preserve"> Chris Wernimont, and Sophia Memmer presented.</w:t>
      </w:r>
    </w:p>
    <w:p w14:paraId="02F1AC22" w14:textId="67D14DB1" w:rsidR="004D3EF2" w:rsidRDefault="00C24D51" w:rsidP="008A6346">
      <w:pPr>
        <w:pStyle w:val="ListParagraph"/>
        <w:numPr>
          <w:ilvl w:val="0"/>
          <w:numId w:val="15"/>
        </w:numPr>
        <w:spacing w:after="240"/>
      </w:pPr>
      <w:r>
        <w:rPr>
          <w:b/>
          <w:bCs/>
        </w:rPr>
        <w:t>SVPA</w:t>
      </w:r>
      <w:r w:rsidR="008A6346">
        <w:rPr>
          <w:b/>
          <w:bCs/>
        </w:rPr>
        <w:t xml:space="preserve">: </w:t>
      </w:r>
      <w:r w:rsidR="0083310C">
        <w:t>Vitus Bering, Danielle Williams, Eric Henderson, and James Leiding presented.</w:t>
      </w:r>
    </w:p>
    <w:p w14:paraId="148429A9" w14:textId="1C2419A9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Adjournment:</w:t>
      </w:r>
      <w:r>
        <w:rPr>
          <w:b/>
          <w:bCs/>
        </w:rPr>
        <w:t xml:space="preserve"> </w:t>
      </w:r>
      <w:r w:rsidRPr="0099210C">
        <w:t>M</w:t>
      </w:r>
      <w:r w:rsidR="008A6346">
        <w:t>eeting was adjourned</w:t>
      </w:r>
    </w:p>
    <w:p w14:paraId="76B49F89" w14:textId="7A2F46E7" w:rsidR="00B0359D" w:rsidRDefault="00B0359D" w:rsidP="00BE2C19">
      <w:pPr>
        <w:spacing w:after="240"/>
      </w:pPr>
      <w:r>
        <w:t>Submitted by Clancy Clawson, secretary.</w:t>
      </w:r>
    </w:p>
    <w:p w14:paraId="05E2B516" w14:textId="77777777" w:rsidR="00B0359D" w:rsidRDefault="00B0359D" w:rsidP="00B0359D"/>
    <w:p w14:paraId="7565E616" w14:textId="77777777" w:rsidR="007B4C69" w:rsidRDefault="00803FF6">
      <w:r>
        <w:t>_______________________________________________</w:t>
      </w:r>
      <w:r>
        <w:tab/>
        <w:t>_______________________________________________</w:t>
      </w:r>
      <w:r>
        <w:b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7B4C69" w:rsidSect="00803FF6">
      <w:pgSz w:w="12240" w:h="15840"/>
      <w:pgMar w:top="1152" w:right="1728" w:bottom="129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83209"/>
    <w:multiLevelType w:val="hybridMultilevel"/>
    <w:tmpl w:val="81AE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34DEF"/>
    <w:multiLevelType w:val="hybridMultilevel"/>
    <w:tmpl w:val="65E09F4C"/>
    <w:lvl w:ilvl="0" w:tplc="AA6A43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485E"/>
    <w:multiLevelType w:val="hybridMultilevel"/>
    <w:tmpl w:val="1D7EAB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94B14"/>
    <w:multiLevelType w:val="hybridMultilevel"/>
    <w:tmpl w:val="A4E8FC36"/>
    <w:lvl w:ilvl="0" w:tplc="24F89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81557"/>
    <w:multiLevelType w:val="hybridMultilevel"/>
    <w:tmpl w:val="3FD06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F1"/>
    <w:multiLevelType w:val="hybridMultilevel"/>
    <w:tmpl w:val="B61E36B2"/>
    <w:lvl w:ilvl="0" w:tplc="71901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961922">
    <w:abstractNumId w:val="8"/>
  </w:num>
  <w:num w:numId="2" w16cid:durableId="1371220342">
    <w:abstractNumId w:val="6"/>
  </w:num>
  <w:num w:numId="3" w16cid:durableId="584535559">
    <w:abstractNumId w:val="5"/>
  </w:num>
  <w:num w:numId="4" w16cid:durableId="663510226">
    <w:abstractNumId w:val="4"/>
  </w:num>
  <w:num w:numId="5" w16cid:durableId="1830369335">
    <w:abstractNumId w:val="7"/>
  </w:num>
  <w:num w:numId="6" w16cid:durableId="940185278">
    <w:abstractNumId w:val="3"/>
  </w:num>
  <w:num w:numId="7" w16cid:durableId="647248602">
    <w:abstractNumId w:val="2"/>
  </w:num>
  <w:num w:numId="8" w16cid:durableId="485516295">
    <w:abstractNumId w:val="1"/>
  </w:num>
  <w:num w:numId="9" w16cid:durableId="450128491">
    <w:abstractNumId w:val="0"/>
  </w:num>
  <w:num w:numId="10" w16cid:durableId="1391002024">
    <w:abstractNumId w:val="13"/>
  </w:num>
  <w:num w:numId="11" w16cid:durableId="1767386908">
    <w:abstractNumId w:val="14"/>
  </w:num>
  <w:num w:numId="12" w16cid:durableId="921640412">
    <w:abstractNumId w:val="11"/>
  </w:num>
  <w:num w:numId="13" w16cid:durableId="2074159047">
    <w:abstractNumId w:val="12"/>
  </w:num>
  <w:num w:numId="14" w16cid:durableId="365717785">
    <w:abstractNumId w:val="9"/>
  </w:num>
  <w:num w:numId="15" w16cid:durableId="1616250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487D"/>
    <w:rsid w:val="00034616"/>
    <w:rsid w:val="0006063C"/>
    <w:rsid w:val="000647FA"/>
    <w:rsid w:val="00065521"/>
    <w:rsid w:val="00093D01"/>
    <w:rsid w:val="000B627A"/>
    <w:rsid w:val="000C6675"/>
    <w:rsid w:val="000D63FE"/>
    <w:rsid w:val="000F1A45"/>
    <w:rsid w:val="0015074B"/>
    <w:rsid w:val="00180961"/>
    <w:rsid w:val="00181A06"/>
    <w:rsid w:val="001A4FF5"/>
    <w:rsid w:val="001B68B6"/>
    <w:rsid w:val="001C15CB"/>
    <w:rsid w:val="001D7CFC"/>
    <w:rsid w:val="002006D4"/>
    <w:rsid w:val="002026BE"/>
    <w:rsid w:val="00213A94"/>
    <w:rsid w:val="0023147B"/>
    <w:rsid w:val="002650B5"/>
    <w:rsid w:val="00270552"/>
    <w:rsid w:val="0029639D"/>
    <w:rsid w:val="002C09F9"/>
    <w:rsid w:val="002D262D"/>
    <w:rsid w:val="002D4F22"/>
    <w:rsid w:val="00320BFE"/>
    <w:rsid w:val="00320F66"/>
    <w:rsid w:val="00326F90"/>
    <w:rsid w:val="003C16A7"/>
    <w:rsid w:val="003F45E4"/>
    <w:rsid w:val="003F7F89"/>
    <w:rsid w:val="00447C5A"/>
    <w:rsid w:val="00452CC6"/>
    <w:rsid w:val="00464833"/>
    <w:rsid w:val="004B5E5B"/>
    <w:rsid w:val="004C7A9B"/>
    <w:rsid w:val="004D0216"/>
    <w:rsid w:val="004D3EF2"/>
    <w:rsid w:val="004F529C"/>
    <w:rsid w:val="00514F9F"/>
    <w:rsid w:val="00525C78"/>
    <w:rsid w:val="0053034C"/>
    <w:rsid w:val="005A1214"/>
    <w:rsid w:val="005A736F"/>
    <w:rsid w:val="00617CE3"/>
    <w:rsid w:val="006538B0"/>
    <w:rsid w:val="00692A1B"/>
    <w:rsid w:val="00725FA7"/>
    <w:rsid w:val="00781E3D"/>
    <w:rsid w:val="00784BBE"/>
    <w:rsid w:val="00786D2A"/>
    <w:rsid w:val="007B4C69"/>
    <w:rsid w:val="007B7E72"/>
    <w:rsid w:val="00803FF6"/>
    <w:rsid w:val="00811DEE"/>
    <w:rsid w:val="00827D8F"/>
    <w:rsid w:val="0083310C"/>
    <w:rsid w:val="008A6346"/>
    <w:rsid w:val="008C5FE1"/>
    <w:rsid w:val="008D19C8"/>
    <w:rsid w:val="00915D90"/>
    <w:rsid w:val="009666BB"/>
    <w:rsid w:val="00975B6C"/>
    <w:rsid w:val="0099210C"/>
    <w:rsid w:val="009B75F8"/>
    <w:rsid w:val="009C3D2B"/>
    <w:rsid w:val="009E7DD4"/>
    <w:rsid w:val="009F5B26"/>
    <w:rsid w:val="00A114B3"/>
    <w:rsid w:val="00A20BF6"/>
    <w:rsid w:val="00A448F9"/>
    <w:rsid w:val="00A507F8"/>
    <w:rsid w:val="00A84255"/>
    <w:rsid w:val="00A90558"/>
    <w:rsid w:val="00AA1D8D"/>
    <w:rsid w:val="00AD68CC"/>
    <w:rsid w:val="00AE2124"/>
    <w:rsid w:val="00B0003E"/>
    <w:rsid w:val="00B0359D"/>
    <w:rsid w:val="00B47730"/>
    <w:rsid w:val="00B57065"/>
    <w:rsid w:val="00B67655"/>
    <w:rsid w:val="00B72991"/>
    <w:rsid w:val="00B739FD"/>
    <w:rsid w:val="00B74D75"/>
    <w:rsid w:val="00B8058A"/>
    <w:rsid w:val="00B96C8E"/>
    <w:rsid w:val="00BB03A8"/>
    <w:rsid w:val="00BE2C19"/>
    <w:rsid w:val="00C147DF"/>
    <w:rsid w:val="00C24D51"/>
    <w:rsid w:val="00C87DF0"/>
    <w:rsid w:val="00C90783"/>
    <w:rsid w:val="00CB0664"/>
    <w:rsid w:val="00CB414B"/>
    <w:rsid w:val="00CC0467"/>
    <w:rsid w:val="00D31A70"/>
    <w:rsid w:val="00D52079"/>
    <w:rsid w:val="00DB4A09"/>
    <w:rsid w:val="00DC34C3"/>
    <w:rsid w:val="00DC650A"/>
    <w:rsid w:val="00DE25D7"/>
    <w:rsid w:val="00E3583A"/>
    <w:rsid w:val="00E53FB4"/>
    <w:rsid w:val="00EB0AA6"/>
    <w:rsid w:val="00EB1379"/>
    <w:rsid w:val="00ED688B"/>
    <w:rsid w:val="00EE7A64"/>
    <w:rsid w:val="00F44397"/>
    <w:rsid w:val="00F63E0F"/>
    <w:rsid w:val="00F7240A"/>
    <w:rsid w:val="00FC693F"/>
    <w:rsid w:val="00FD6648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0A70"/>
  <w14:defaultImageDpi w14:val="300"/>
  <w15:docId w15:val="{B0B0E9AA-C565-994C-9B42-0E3F538F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1A4FF5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4FF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23147B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7354F7-4873-449E-BFE3-A10417BC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Clancy Clawson</cp:lastModifiedBy>
  <cp:revision>20</cp:revision>
  <cp:lastPrinted>2025-02-21T17:10:00Z</cp:lastPrinted>
  <dcterms:created xsi:type="dcterms:W3CDTF">2025-08-07T21:04:00Z</dcterms:created>
  <dcterms:modified xsi:type="dcterms:W3CDTF">2025-08-16T15:52:00Z</dcterms:modified>
  <cp:category/>
</cp:coreProperties>
</file>