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8FA" w14:textId="77777777" w:rsidR="001A4FF5" w:rsidRPr="001A4FF5" w:rsidRDefault="001A4FF5" w:rsidP="001A4FF5">
      <w:pPr>
        <w:pStyle w:val="Heading1"/>
      </w:pPr>
      <w:r w:rsidRPr="001A4FF5">
        <w:t>Jefferson Public Library</w:t>
      </w:r>
    </w:p>
    <w:p w14:paraId="540E0CDC" w14:textId="77777777" w:rsidR="001A4FF5" w:rsidRPr="001A4FF5" w:rsidRDefault="001A4FF5" w:rsidP="001A4FF5">
      <w:pPr>
        <w:pStyle w:val="Heading1"/>
      </w:pPr>
      <w:r w:rsidRPr="001A4FF5">
        <w:t>Meeting of the Board of Trustees</w:t>
      </w:r>
    </w:p>
    <w:p w14:paraId="49F94EAA" w14:textId="1AE8ECB8" w:rsidR="001A4FF5" w:rsidRDefault="00197434" w:rsidP="0000487D">
      <w:pPr>
        <w:pStyle w:val="Heading1"/>
      </w:pPr>
      <w:r>
        <w:t>March</w:t>
      </w:r>
      <w:r w:rsidR="000F1A45">
        <w:t xml:space="preserve"> </w:t>
      </w:r>
      <w:r w:rsidR="004D3EF2">
        <w:t>1</w:t>
      </w:r>
      <w:r w:rsidR="00525C78">
        <w:t>0</w:t>
      </w:r>
      <w:r w:rsidR="001A4FF5" w:rsidRPr="001A4FF5">
        <w:t xml:space="preserve">, </w:t>
      </w:r>
      <w:proofErr w:type="gramStart"/>
      <w:r w:rsidR="001A4FF5" w:rsidRPr="001A4FF5">
        <w:t>202</w:t>
      </w:r>
      <w:r w:rsidR="004D3EF2">
        <w:t>5</w:t>
      </w:r>
      <w:proofErr w:type="gramEnd"/>
      <w:r w:rsidR="004D3EF2">
        <w:t xml:space="preserve"> | 6:30 pm | Library Basement</w:t>
      </w:r>
    </w:p>
    <w:p w14:paraId="421E7DC3" w14:textId="77777777" w:rsidR="00D52079" w:rsidRPr="00D52079" w:rsidRDefault="00D52079" w:rsidP="00D52079"/>
    <w:p w14:paraId="1136D7D7" w14:textId="1362CD11" w:rsidR="004D3EF2" w:rsidRDefault="0099210C" w:rsidP="009666B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Meeting was called to order by Pedersen.</w:t>
      </w:r>
      <w:r w:rsidRPr="0099210C">
        <w:t xml:space="preserve">Present: </w:t>
      </w:r>
      <w:r w:rsidR="000F1A45" w:rsidRPr="000F1A45">
        <w:t> </w:t>
      </w:r>
      <w:r w:rsidR="009666BB">
        <w:t xml:space="preserve">Roberts, </w:t>
      </w:r>
      <w:proofErr w:type="spellStart"/>
      <w:r w:rsidR="009666BB">
        <w:t>Yepsen</w:t>
      </w:r>
      <w:proofErr w:type="spellEnd"/>
      <w:r w:rsidR="009666BB">
        <w:t xml:space="preserve">, Pedersen, Stevens, Clawson. </w:t>
      </w:r>
      <w:r w:rsidR="00FB5CD9">
        <w:t>Also present: Jackson, Millard, Mount, Roeder, and S. Peterson.</w:t>
      </w:r>
    </w:p>
    <w:p w14:paraId="02F1AC22" w14:textId="4258C2F5" w:rsidR="004D3EF2" w:rsidRDefault="0099210C" w:rsidP="004D3EF2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Open Forum:</w:t>
      </w:r>
      <w:r>
        <w:rPr>
          <w:b/>
          <w:bCs/>
        </w:rPr>
        <w:t xml:space="preserve"> </w:t>
      </w:r>
      <w:r w:rsidRPr="0099210C">
        <w:t>There were no members of the public present.</w:t>
      </w:r>
    </w:p>
    <w:p w14:paraId="4E3C80D5" w14:textId="5A7BFCC5" w:rsidR="004D3EF2" w:rsidRPr="004D3EF2" w:rsidRDefault="004D3EF2" w:rsidP="004D3EF2">
      <w:pPr>
        <w:pStyle w:val="ListParagraph"/>
        <w:numPr>
          <w:ilvl w:val="0"/>
          <w:numId w:val="15"/>
        </w:numPr>
        <w:spacing w:after="240"/>
        <w:rPr>
          <w:b/>
          <w:bCs/>
        </w:rPr>
      </w:pPr>
      <w:r w:rsidRPr="004D3EF2">
        <w:rPr>
          <w:b/>
          <w:bCs/>
        </w:rPr>
        <w:t xml:space="preserve">Approval of Minutes: </w:t>
      </w:r>
      <w:r w:rsidRPr="004D3EF2">
        <w:t xml:space="preserve">Minutes from the previous meeting, </w:t>
      </w:r>
      <w:r w:rsidR="00FB5CD9">
        <w:t>February 10</w:t>
      </w:r>
      <w:r w:rsidR="009666BB">
        <w:t>, 2025</w:t>
      </w:r>
      <w:r w:rsidRPr="004D3EF2">
        <w:t>, were approved</w:t>
      </w:r>
      <w:r w:rsidR="009666BB">
        <w:t xml:space="preserve">. </w:t>
      </w:r>
      <w:r w:rsidRPr="004D3EF2">
        <w:t xml:space="preserve">Motion by </w:t>
      </w:r>
      <w:r w:rsidR="00577B4B">
        <w:t>Stevens</w:t>
      </w:r>
      <w:r w:rsidRPr="004D3EF2">
        <w:t xml:space="preserve">, seconded by </w:t>
      </w:r>
      <w:r w:rsidR="00577B4B">
        <w:t>Roberts</w:t>
      </w:r>
      <w:r w:rsidRPr="004D3EF2">
        <w:t>. Motion approved.</w:t>
      </w:r>
    </w:p>
    <w:p w14:paraId="3B90B7CE" w14:textId="03A405A2" w:rsidR="0099210C" w:rsidRDefault="0099210C" w:rsidP="009666BB">
      <w:pPr>
        <w:pStyle w:val="ListParagraph"/>
        <w:numPr>
          <w:ilvl w:val="0"/>
          <w:numId w:val="15"/>
        </w:numPr>
        <w:spacing w:after="240"/>
      </w:pPr>
      <w:r w:rsidRPr="004D3EF2">
        <w:rPr>
          <w:b/>
          <w:bCs/>
        </w:rPr>
        <w:t>Approval of Expenditures:</w:t>
      </w:r>
      <w:r w:rsidRPr="004D3EF2">
        <w:rPr>
          <w:b/>
          <w:bCs/>
        </w:rPr>
        <w:br/>
      </w:r>
      <w:r w:rsidR="009666BB">
        <w:t>Total expenditures of $</w:t>
      </w:r>
      <w:r w:rsidR="00577B4B" w:rsidRPr="00577B4B">
        <w:t xml:space="preserve"> </w:t>
      </w:r>
      <w:r w:rsidR="00577B4B" w:rsidRPr="00577B4B">
        <w:t>23,8</w:t>
      </w:r>
      <w:r w:rsidR="00577B4B">
        <w:t>9</w:t>
      </w:r>
      <w:r w:rsidR="00577B4B" w:rsidRPr="00577B4B">
        <w:t>2.74</w:t>
      </w:r>
      <w:r w:rsidR="00577B4B">
        <w:t xml:space="preserve"> </w:t>
      </w:r>
      <w:r w:rsidR="009666BB">
        <w:t xml:space="preserve">were approved. </w:t>
      </w:r>
      <w:r w:rsidR="00577B4B">
        <w:t xml:space="preserve">Information highlighted included: Absolute Science (2 performances sponsored by Kiwanis </w:t>
      </w:r>
      <w:r w:rsidR="009E25D3">
        <w:t xml:space="preserve">Club </w:t>
      </w:r>
      <w:r w:rsidR="00577B4B">
        <w:t xml:space="preserve">for elementary students), final bill from Amperage Marketing, and Hoopla to provide more checkouts. </w:t>
      </w:r>
      <w:r w:rsidR="004D3EF2">
        <w:t xml:space="preserve">Motion by </w:t>
      </w:r>
      <w:r w:rsidR="00FB5CD9">
        <w:t>Clawson</w:t>
      </w:r>
      <w:r w:rsidR="004D3EF2">
        <w:t xml:space="preserve">, seconded by </w:t>
      </w:r>
      <w:r w:rsidR="00FB5CD9">
        <w:t>Stevens</w:t>
      </w:r>
      <w:r w:rsidR="004D3EF2">
        <w:t>. Motion carried.</w:t>
      </w:r>
    </w:p>
    <w:p w14:paraId="4A8F7A4A" w14:textId="77777777" w:rsidR="0099210C" w:rsidRP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Director’s Report:</w:t>
      </w:r>
    </w:p>
    <w:p w14:paraId="734EB51F" w14:textId="1A83D30D" w:rsidR="004D0216" w:rsidRPr="004D0216" w:rsidRDefault="00577B4B" w:rsidP="004D0216">
      <w:pPr>
        <w:pStyle w:val="ListParagraph"/>
        <w:numPr>
          <w:ilvl w:val="1"/>
          <w:numId w:val="15"/>
        </w:numPr>
        <w:spacing w:after="240"/>
      </w:pPr>
      <w:r>
        <w:t xml:space="preserve">Roeder prepared and presented this report. </w:t>
      </w:r>
      <w:r w:rsidR="000F1A45" w:rsidRPr="000F1A45">
        <w:t xml:space="preserve">Circulation </w:t>
      </w:r>
      <w:r w:rsidR="004D0216" w:rsidRPr="004D0216">
        <w:t>(</w:t>
      </w:r>
      <w:r>
        <w:t>3,036</w:t>
      </w:r>
      <w:r w:rsidR="004D0216" w:rsidRPr="004D0216">
        <w:t>), Usage (</w:t>
      </w:r>
      <w:r>
        <w:t>6,037</w:t>
      </w:r>
      <w:r w:rsidR="004D0216" w:rsidRPr="004D0216">
        <w:t>), Programs (</w:t>
      </w:r>
      <w:r>
        <w:t>29</w:t>
      </w:r>
      <w:r w:rsidR="004D0216" w:rsidRPr="004D0216">
        <w:t>), Attendance (</w:t>
      </w:r>
      <w:r>
        <w:t>1,267</w:t>
      </w:r>
      <w:r w:rsidR="004D0216" w:rsidRPr="004D0216">
        <w:t>), Items Added (</w:t>
      </w:r>
      <w:r>
        <w:t>164</w:t>
      </w:r>
      <w:r w:rsidR="004D0216" w:rsidRPr="004D0216">
        <w:t>), Items Withdrawn (</w:t>
      </w:r>
      <w:r>
        <w:t>255</w:t>
      </w:r>
      <w:r w:rsidR="004D0216" w:rsidRPr="004D0216">
        <w:t>), Total Collection (3</w:t>
      </w:r>
      <w:r w:rsidR="009666BB">
        <w:t>4</w:t>
      </w:r>
      <w:r w:rsidR="004D0216" w:rsidRPr="004D0216">
        <w:t>,</w:t>
      </w:r>
      <w:r>
        <w:t>800</w:t>
      </w:r>
      <w:r w:rsidR="004D0216" w:rsidRPr="004D0216">
        <w:t>), and Total Patrons (</w:t>
      </w:r>
      <w:r w:rsidR="003F45E4">
        <w:t>3,</w:t>
      </w:r>
      <w:r w:rsidR="009666BB">
        <w:t>7</w:t>
      </w:r>
      <w:r>
        <w:t>61</w:t>
      </w:r>
      <w:r w:rsidR="004D0216" w:rsidRPr="004D0216">
        <w:t>).</w:t>
      </w:r>
      <w:r w:rsidR="009666BB">
        <w:t xml:space="preserve"> </w:t>
      </w:r>
      <w:r>
        <w:t>Will be seeing other ways to report (year over year, etc.) in upcoming months.</w:t>
      </w:r>
    </w:p>
    <w:p w14:paraId="7FF548C3" w14:textId="2D875B4D" w:rsidR="0099210C" w:rsidRDefault="0099210C" w:rsidP="000F2535">
      <w:pPr>
        <w:pStyle w:val="ListParagraph"/>
        <w:numPr>
          <w:ilvl w:val="1"/>
          <w:numId w:val="15"/>
        </w:numPr>
        <w:spacing w:after="240"/>
      </w:pPr>
      <w:r w:rsidRPr="00BB03A8">
        <w:rPr>
          <w:b/>
          <w:bCs/>
        </w:rPr>
        <w:t>Year-to-Date Financial Report</w:t>
      </w:r>
      <w:r w:rsidRPr="0099210C">
        <w:t>:</w:t>
      </w:r>
    </w:p>
    <w:p w14:paraId="32B404BC" w14:textId="4A42E9BD" w:rsidR="00464EE0" w:rsidRDefault="00464EE0" w:rsidP="00464EE0">
      <w:pPr>
        <w:pStyle w:val="ListParagraph"/>
        <w:numPr>
          <w:ilvl w:val="2"/>
          <w:numId w:val="15"/>
        </w:numPr>
        <w:spacing w:after="240"/>
      </w:pPr>
      <w:r>
        <w:t>Expenditures are at 61.39%</w:t>
      </w:r>
      <w:r>
        <w:t>, and</w:t>
      </w:r>
      <w:r>
        <w:t xml:space="preserve"> revenue is 8</w:t>
      </w:r>
      <w:r>
        <w:t>1</w:t>
      </w:r>
      <w:r>
        <w:t>.</w:t>
      </w:r>
      <w:r>
        <w:t>4</w:t>
      </w:r>
      <w:r>
        <w:t>7% for 66.67%</w:t>
      </w:r>
      <w:r>
        <w:t xml:space="preserve"> </w:t>
      </w:r>
      <w:r>
        <w:t>of fiscal year. The revenue figure</w:t>
      </w:r>
      <w:r>
        <w:t xml:space="preserve"> was</w:t>
      </w:r>
      <w:r>
        <w:t xml:space="preserve"> positively affected by the Friends</w:t>
      </w:r>
      <w:r>
        <w:t xml:space="preserve"> </w:t>
      </w:r>
      <w:r>
        <w:t>of Library donation to pay for youth fines.</w:t>
      </w:r>
    </w:p>
    <w:p w14:paraId="6B2743CC" w14:textId="06CE81D4" w:rsidR="003F45E4" w:rsidRDefault="0099210C" w:rsidP="00464EE0">
      <w:pPr>
        <w:pStyle w:val="ListParagraph"/>
        <w:numPr>
          <w:ilvl w:val="2"/>
          <w:numId w:val="15"/>
        </w:numPr>
        <w:spacing w:after="240"/>
      </w:pPr>
      <w:r w:rsidRPr="0099210C">
        <w:t xml:space="preserve">The </w:t>
      </w:r>
      <w:r w:rsidR="004D0216" w:rsidRPr="004D0216">
        <w:t>Trust and Agency Report showed $</w:t>
      </w:r>
      <w:r w:rsidR="00464EE0">
        <w:t>29.00</w:t>
      </w:r>
      <w:r w:rsidR="004D0216" w:rsidRPr="004D0216">
        <w:t xml:space="preserve"> in revenue</w:t>
      </w:r>
      <w:r w:rsidR="003F45E4">
        <w:t xml:space="preserve"> and $</w:t>
      </w:r>
      <w:r w:rsidR="00EB0AA6">
        <w:t>20</w:t>
      </w:r>
      <w:r w:rsidR="00464EE0">
        <w:t>3</w:t>
      </w:r>
      <w:r w:rsidR="00EB0AA6">
        <w:t>.</w:t>
      </w:r>
      <w:r w:rsidR="00464EE0">
        <w:t>6</w:t>
      </w:r>
      <w:r w:rsidR="00EB0AA6">
        <w:t>8</w:t>
      </w:r>
      <w:r w:rsidR="00EE7A64">
        <w:t xml:space="preserve"> in </w:t>
      </w:r>
      <w:r w:rsidR="00EB0AA6">
        <w:t>expenditures</w:t>
      </w:r>
      <w:r w:rsidR="00EE7A64">
        <w:t>.</w:t>
      </w:r>
    </w:p>
    <w:p w14:paraId="1CE2CD1B" w14:textId="27727C35" w:rsidR="0099210C" w:rsidRDefault="00EE7A64" w:rsidP="004D0216">
      <w:pPr>
        <w:pStyle w:val="ListParagraph"/>
        <w:numPr>
          <w:ilvl w:val="2"/>
          <w:numId w:val="15"/>
        </w:numPr>
        <w:spacing w:after="240"/>
      </w:pPr>
      <w:r>
        <w:t>Total monthly revenue was $</w:t>
      </w:r>
      <w:r w:rsidR="00464EE0">
        <w:t>430.41</w:t>
      </w:r>
      <w:r>
        <w:t>, of which $</w:t>
      </w:r>
      <w:r w:rsidR="00464EE0">
        <w:t>401.41</w:t>
      </w:r>
      <w:r>
        <w:t xml:space="preserve"> was from fines and fees.</w:t>
      </w:r>
    </w:p>
    <w:p w14:paraId="290E617D" w14:textId="3D98D85A" w:rsidR="00EE7A64" w:rsidRDefault="00EE7A64" w:rsidP="004D0216">
      <w:pPr>
        <w:pStyle w:val="ListParagraph"/>
        <w:numPr>
          <w:ilvl w:val="2"/>
          <w:numId w:val="15"/>
        </w:numPr>
        <w:spacing w:after="240"/>
      </w:pPr>
      <w:r>
        <w:t xml:space="preserve">Under investments, our </w:t>
      </w:r>
      <w:r w:rsidR="00EB0AA6">
        <w:t>interest on our investment fund was $</w:t>
      </w:r>
      <w:r w:rsidR="00464EE0">
        <w:t>597.85</w:t>
      </w:r>
      <w:r w:rsidR="00EB0AA6">
        <w:t xml:space="preserve"> for </w:t>
      </w:r>
      <w:r w:rsidR="00464EE0">
        <w:t>February</w:t>
      </w:r>
      <w:r w:rsidR="00EB0AA6">
        <w:t>.</w:t>
      </w:r>
    </w:p>
    <w:p w14:paraId="436F0055" w14:textId="0A8F047B" w:rsidR="004D0216" w:rsidRDefault="00EB0AA6" w:rsidP="00647DAD">
      <w:pPr>
        <w:pStyle w:val="ListParagraph"/>
        <w:numPr>
          <w:ilvl w:val="1"/>
          <w:numId w:val="15"/>
        </w:numPr>
        <w:spacing w:after="240"/>
      </w:pPr>
      <w:r w:rsidRPr="00EB0AA6">
        <w:rPr>
          <w:b/>
          <w:bCs/>
        </w:rPr>
        <w:t>Project Updates:</w:t>
      </w:r>
      <w:r w:rsidR="00EE7A64">
        <w:t xml:space="preserve"> </w:t>
      </w:r>
      <w:r w:rsidR="00647DAD">
        <w:t>Millard provided written</w:t>
      </w:r>
      <w:r w:rsidR="00647DAD">
        <w:t xml:space="preserve"> </w:t>
      </w:r>
      <w:r w:rsidR="00647DAD">
        <w:t>statements on 5 projects. These included</w:t>
      </w:r>
      <w:r w:rsidR="00647DAD">
        <w:t xml:space="preserve"> </w:t>
      </w:r>
      <w:r w:rsidR="00647DAD">
        <w:t>GCCF grant application for Carnegie lighting,</w:t>
      </w:r>
      <w:r w:rsidR="00647DAD">
        <w:t xml:space="preserve"> </w:t>
      </w:r>
      <w:r w:rsidR="00647DAD">
        <w:t>spotlight on sculpture once weather</w:t>
      </w:r>
      <w:r w:rsidR="00647DAD">
        <w:t xml:space="preserve"> </w:t>
      </w:r>
      <w:r w:rsidR="00647DAD">
        <w:t>cooperates, children’s checkout desk using</w:t>
      </w:r>
      <w:r w:rsidR="00647DAD">
        <w:t xml:space="preserve"> </w:t>
      </w:r>
      <w:r w:rsidR="00647DAD">
        <w:t>DSA before fiscal year ends, and overview</w:t>
      </w:r>
      <w:r w:rsidR="00647DAD">
        <w:t xml:space="preserve"> </w:t>
      </w:r>
      <w:r w:rsidR="00647DAD">
        <w:t xml:space="preserve">of how winter weather affected library on Saturday, February 15 </w:t>
      </w:r>
      <w:proofErr w:type="gramStart"/>
      <w:r w:rsidR="00647DAD">
        <w:t>and</w:t>
      </w:r>
      <w:r w:rsidR="00647DAD">
        <w:t>,</w:t>
      </w:r>
      <w:proofErr w:type="gramEnd"/>
      <w:r w:rsidR="00647DAD">
        <w:t xml:space="preserve"> Wednesday, March 5.</w:t>
      </w:r>
    </w:p>
    <w:p w14:paraId="0E860252" w14:textId="75CC841E" w:rsidR="00647DAD" w:rsidRPr="003738AA" w:rsidRDefault="00647DAD" w:rsidP="003738AA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Programs: Adult Programs</w:t>
      </w:r>
      <w:r>
        <w:t xml:space="preserve">: </w:t>
      </w:r>
      <w:r>
        <w:t xml:space="preserve">Special mentions included program on </w:t>
      </w:r>
      <w:r w:rsidR="003738AA">
        <w:t>Iowa</w:t>
      </w:r>
      <w:r>
        <w:t xml:space="preserve"> Prohibition</w:t>
      </w:r>
      <w:r>
        <w:t xml:space="preserve"> </w:t>
      </w:r>
      <w:r>
        <w:t>and Bootlegging on March 18</w:t>
      </w:r>
      <w:r w:rsidR="0095644C">
        <w:t>,</w:t>
      </w:r>
      <w:r>
        <w:t xml:space="preserve"> </w:t>
      </w:r>
      <w:r w:rsidR="0095644C">
        <w:t>r</w:t>
      </w:r>
      <w:r>
        <w:t>eminder</w:t>
      </w:r>
      <w:r>
        <w:t xml:space="preserve"> </w:t>
      </w:r>
      <w:r>
        <w:t>of National Library Week April 6-13</w:t>
      </w:r>
      <w:r w:rsidRPr="00647DAD">
        <w:rPr>
          <w:vertAlign w:val="superscript"/>
        </w:rPr>
        <w:t>th</w:t>
      </w:r>
      <w:r w:rsidR="003738AA">
        <w:t xml:space="preserve">, Adult Summer Reading theme will be “Level Up,” </w:t>
      </w:r>
      <w:r>
        <w:t xml:space="preserve">and efforts in scheduling two more </w:t>
      </w:r>
      <w:r w:rsidR="0095644C">
        <w:t xml:space="preserve">Iowa </w:t>
      </w:r>
      <w:r>
        <w:t>author talks for spring.</w:t>
      </w:r>
      <w:r w:rsidR="003738AA">
        <w:br/>
      </w:r>
      <w:r w:rsidR="003738AA">
        <w:rPr>
          <w:b/>
          <w:bCs/>
        </w:rPr>
        <w:t>Youth Programs</w:t>
      </w:r>
      <w:r w:rsidR="003738AA">
        <w:t xml:space="preserve">: </w:t>
      </w:r>
      <w:r w:rsidR="003738AA">
        <w:t>Mount reminded us of</w:t>
      </w:r>
      <w:r w:rsidR="003738AA">
        <w:t xml:space="preserve"> </w:t>
      </w:r>
      <w:r w:rsidR="003738AA">
        <w:t>Kiwanis donation that is providing two</w:t>
      </w:r>
      <w:r w:rsidR="003738AA">
        <w:t xml:space="preserve"> </w:t>
      </w:r>
      <w:r w:rsidR="003738AA">
        <w:t>performances of "Bigger Bang Bubbles" at</w:t>
      </w:r>
      <w:r w:rsidR="003738AA">
        <w:t xml:space="preserve"> </w:t>
      </w:r>
      <w:r w:rsidR="003738AA">
        <w:t>the elementary school on March 14.</w:t>
      </w:r>
      <w:r w:rsidR="003738AA">
        <w:t xml:space="preserve"> </w:t>
      </w:r>
      <w:r w:rsidR="003738AA">
        <w:t xml:space="preserve"> </w:t>
      </w:r>
      <w:r w:rsidR="003738AA">
        <w:t xml:space="preserve">She </w:t>
      </w:r>
      <w:r w:rsidR="003738AA">
        <w:t>also summarized our partnership</w:t>
      </w:r>
      <w:r w:rsidR="003738AA">
        <w:t xml:space="preserve"> </w:t>
      </w:r>
      <w:r w:rsidR="003738AA">
        <w:t xml:space="preserve">with Greene County </w:t>
      </w:r>
      <w:r w:rsidR="003738AA">
        <w:lastRenderedPageBreak/>
        <w:t xml:space="preserve">Naturalist, Jacob </w:t>
      </w:r>
      <w:proofErr w:type="spellStart"/>
      <w:r w:rsidR="003738AA">
        <w:t>Fernholz</w:t>
      </w:r>
      <w:proofErr w:type="spellEnd"/>
      <w:r w:rsidR="003738AA">
        <w:t>.</w:t>
      </w:r>
      <w:r w:rsidR="003738AA">
        <w:t xml:space="preserve"> </w:t>
      </w:r>
      <w:r w:rsidR="003738AA">
        <w:t xml:space="preserve"> Activities included spring nature walks</w:t>
      </w:r>
      <w:r w:rsidR="003738AA">
        <w:t xml:space="preserve"> </w:t>
      </w:r>
      <w:r w:rsidR="003738AA">
        <w:t>at Squirrel Hollow, Spring Spotlight at</w:t>
      </w:r>
      <w:r w:rsidR="003738AA">
        <w:t xml:space="preserve"> </w:t>
      </w:r>
      <w:r w:rsidR="003738AA">
        <w:t>the library, and planning for hiking</w:t>
      </w:r>
      <w:r w:rsidR="003738AA">
        <w:t xml:space="preserve"> </w:t>
      </w:r>
      <w:r w:rsidR="003738AA">
        <w:t>programs around Greene County. Pre-K</w:t>
      </w:r>
      <w:r w:rsidR="003738AA">
        <w:t xml:space="preserve"> </w:t>
      </w:r>
      <w:r w:rsidR="003738AA">
        <w:t>visits, Toddler St</w:t>
      </w:r>
      <w:r w:rsidR="003738AA">
        <w:t>ory</w:t>
      </w:r>
      <w:r w:rsidR="003738AA">
        <w:t xml:space="preserve"> Time, Toddler Fest</w:t>
      </w:r>
      <w:r w:rsidR="003738AA">
        <w:t xml:space="preserve">, </w:t>
      </w:r>
      <w:r w:rsidR="003738AA">
        <w:t>and Fall STEM Fest efforts were also</w:t>
      </w:r>
      <w:r w:rsidR="003738AA">
        <w:t xml:space="preserve"> </w:t>
      </w:r>
      <w:r w:rsidR="003738AA">
        <w:t>noted. A March/April events and programs</w:t>
      </w:r>
      <w:r w:rsidR="003738AA">
        <w:t xml:space="preserve"> </w:t>
      </w:r>
      <w:r w:rsidR="003738AA">
        <w:t>calendar overview was provided.</w:t>
      </w:r>
    </w:p>
    <w:p w14:paraId="0EDF9103" w14:textId="3FDD2285" w:rsidR="003738AA" w:rsidRPr="00CB414B" w:rsidRDefault="0099210C" w:rsidP="003738AA">
      <w:pPr>
        <w:pStyle w:val="ListParagraph"/>
        <w:numPr>
          <w:ilvl w:val="1"/>
          <w:numId w:val="15"/>
        </w:numPr>
        <w:spacing w:after="240"/>
      </w:pPr>
      <w:r w:rsidRPr="0099210C">
        <w:rPr>
          <w:b/>
          <w:bCs/>
        </w:rPr>
        <w:t>Friends of the Library Report:</w:t>
      </w:r>
      <w:r w:rsidR="00EB0AA6">
        <w:t xml:space="preserve"> </w:t>
      </w:r>
      <w:r w:rsidR="003738AA">
        <w:t>While Taylor was not present, a written summary of recent</w:t>
      </w:r>
      <w:r w:rsidR="003738AA">
        <w:t xml:space="preserve"> </w:t>
      </w:r>
      <w:r w:rsidR="003738AA">
        <w:t>actions and updated information was</w:t>
      </w:r>
      <w:r w:rsidR="003738AA">
        <w:t xml:space="preserve"> </w:t>
      </w:r>
      <w:r w:rsidR="003738AA">
        <w:t>available. Their next regular meeting</w:t>
      </w:r>
      <w:r w:rsidR="003738AA">
        <w:t xml:space="preserve"> </w:t>
      </w:r>
      <w:r w:rsidR="003738AA">
        <w:t>is March 25 at 6:30 p.m. in the</w:t>
      </w:r>
      <w:r w:rsidR="003738AA">
        <w:t xml:space="preserve"> ISU</w:t>
      </w:r>
      <w:r w:rsidR="003738AA">
        <w:t xml:space="preserve"> Extension Office. Their Spring</w:t>
      </w:r>
      <w:r w:rsidR="003738AA">
        <w:t xml:space="preserve"> </w:t>
      </w:r>
      <w:r w:rsidR="003738AA">
        <w:t>Book Sale is scheduled for</w:t>
      </w:r>
      <w:r w:rsidR="003738AA">
        <w:t xml:space="preserve"> </w:t>
      </w:r>
      <w:r w:rsidR="003738AA">
        <w:t>April 10-12. The Murder Mystery</w:t>
      </w:r>
      <w:r w:rsidR="003738AA">
        <w:t xml:space="preserve"> </w:t>
      </w:r>
      <w:r w:rsidR="003738AA">
        <w:t>will be presented April 11 and 12 with</w:t>
      </w:r>
      <w:r w:rsidR="003738AA">
        <w:t xml:space="preserve"> </w:t>
      </w:r>
      <w:r w:rsidR="003738AA">
        <w:t xml:space="preserve">tickets on sale </w:t>
      </w:r>
      <w:r w:rsidR="003738AA">
        <w:t xml:space="preserve">at Fudges. Cost is </w:t>
      </w:r>
      <w:r w:rsidR="003738AA">
        <w:t>$25.00 per ticket.</w:t>
      </w:r>
    </w:p>
    <w:p w14:paraId="621E75B3" w14:textId="77777777" w:rsidR="0099210C" w:rsidRP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Old Business:</w:t>
      </w:r>
    </w:p>
    <w:p w14:paraId="570E268C" w14:textId="77777777" w:rsidR="009E25D3" w:rsidRDefault="00F63E0F" w:rsidP="003738AA">
      <w:pPr>
        <w:pStyle w:val="ListParagraph"/>
        <w:numPr>
          <w:ilvl w:val="1"/>
          <w:numId w:val="15"/>
        </w:numPr>
        <w:spacing w:after="240"/>
      </w:pPr>
      <w:r w:rsidRPr="003738AA">
        <w:rPr>
          <w:b/>
          <w:bCs/>
        </w:rPr>
        <w:t xml:space="preserve">Library </w:t>
      </w:r>
      <w:r w:rsidR="0023147B" w:rsidRPr="003738AA">
        <w:rPr>
          <w:b/>
          <w:bCs/>
        </w:rPr>
        <w:t>Expansion:</w:t>
      </w:r>
      <w:r w:rsidR="0023147B">
        <w:t xml:space="preserve"> </w:t>
      </w:r>
      <w:r w:rsidR="003738AA">
        <w:t>Much written information</w:t>
      </w:r>
      <w:r w:rsidR="003738AA">
        <w:t xml:space="preserve"> </w:t>
      </w:r>
      <w:r w:rsidR="003738AA">
        <w:t>was provided: Lawson’s 2018 Needs</w:t>
      </w:r>
      <w:r w:rsidR="003738AA">
        <w:t xml:space="preserve"> </w:t>
      </w:r>
      <w:r w:rsidR="003738AA">
        <w:t>Assessment, copies of recent info found on</w:t>
      </w:r>
      <w:r w:rsidR="003738AA">
        <w:t xml:space="preserve"> </w:t>
      </w:r>
      <w:r w:rsidR="003738AA">
        <w:t>Greene County</w:t>
      </w:r>
      <w:r w:rsidR="003738AA">
        <w:t xml:space="preserve"> News Online</w:t>
      </w:r>
      <w:r w:rsidR="003738AA">
        <w:t>, Benefits of a</w:t>
      </w:r>
      <w:r w:rsidR="003738AA">
        <w:t xml:space="preserve"> </w:t>
      </w:r>
      <w:r w:rsidR="003738AA">
        <w:t xml:space="preserve">Public Library Expansion </w:t>
      </w:r>
      <w:r w:rsidR="003738AA">
        <w:t>sheet</w:t>
      </w:r>
      <w:r w:rsidR="003738AA">
        <w:t>, Architectural</w:t>
      </w:r>
      <w:r w:rsidR="003738AA">
        <w:t xml:space="preserve"> </w:t>
      </w:r>
      <w:r w:rsidR="003738AA">
        <w:t>Considerations</w:t>
      </w:r>
      <w:r w:rsidR="003738AA">
        <w:t xml:space="preserve">, </w:t>
      </w:r>
      <w:r w:rsidR="003738AA">
        <w:t xml:space="preserve">Recommendations from </w:t>
      </w:r>
      <w:r w:rsidR="003738AA">
        <w:t>Amperage</w:t>
      </w:r>
      <w:r w:rsidR="003738AA">
        <w:t>,</w:t>
      </w:r>
      <w:r w:rsidR="003738AA">
        <w:t xml:space="preserve"> </w:t>
      </w:r>
      <w:r w:rsidR="003738AA">
        <w:t>a six-page summary of possible architects</w:t>
      </w:r>
      <w:r w:rsidR="003738AA">
        <w:t xml:space="preserve"> </w:t>
      </w:r>
      <w:r w:rsidR="003738AA">
        <w:t>that we may approach with a RFP</w:t>
      </w:r>
      <w:r w:rsidR="003738AA">
        <w:t xml:space="preserve">, </w:t>
      </w:r>
      <w:r w:rsidR="003738AA">
        <w:t>a review of recommended priorities to assist</w:t>
      </w:r>
      <w:r w:rsidR="003738AA">
        <w:t xml:space="preserve"> </w:t>
      </w:r>
      <w:r w:rsidR="003738AA">
        <w:t>architect, a listing of Building Construction</w:t>
      </w:r>
      <w:r w:rsidR="003738AA">
        <w:t xml:space="preserve"> F</w:t>
      </w:r>
      <w:r w:rsidR="003738AA">
        <w:t xml:space="preserve">igures that </w:t>
      </w:r>
      <w:r w:rsidR="003738AA">
        <w:t>Jane</w:t>
      </w:r>
      <w:r w:rsidR="003738AA">
        <w:t xml:space="preserve"> developed </w:t>
      </w:r>
      <w:r w:rsidR="003738AA">
        <w:t xml:space="preserve">with Jim </w:t>
      </w:r>
      <w:proofErr w:type="spellStart"/>
      <w:r w:rsidR="003738AA">
        <w:t>Leiding’s</w:t>
      </w:r>
      <w:proofErr w:type="spellEnd"/>
      <w:r w:rsidR="003738AA">
        <w:t xml:space="preserve"> </w:t>
      </w:r>
      <w:r w:rsidR="003738AA">
        <w:t>assistance</w:t>
      </w:r>
      <w:r w:rsidR="003738AA">
        <w:t>,</w:t>
      </w:r>
      <w:r w:rsidR="003738AA">
        <w:t xml:space="preserve"> and four pages of general</w:t>
      </w:r>
      <w:r w:rsidR="003738AA">
        <w:t xml:space="preserve"> </w:t>
      </w:r>
      <w:r w:rsidR="003738AA">
        <w:t>overviews of how new space may be</w:t>
      </w:r>
      <w:r w:rsidR="003738AA">
        <w:t xml:space="preserve"> </w:t>
      </w:r>
      <w:r w:rsidR="003738AA">
        <w:t>used. It was emphasized that each</w:t>
      </w:r>
      <w:r w:rsidR="003738AA">
        <w:t xml:space="preserve"> </w:t>
      </w:r>
      <w:r w:rsidR="003738AA">
        <w:t xml:space="preserve">of these four were </w:t>
      </w:r>
      <w:r w:rsidR="003738AA">
        <w:t>d</w:t>
      </w:r>
      <w:r w:rsidR="003738AA">
        <w:t>raft examples</w:t>
      </w:r>
      <w:r w:rsidR="003738AA">
        <w:t xml:space="preserve"> </w:t>
      </w:r>
      <w:r w:rsidR="003738AA">
        <w:t>only. Lengthy discussions of these</w:t>
      </w:r>
      <w:r w:rsidR="003738AA">
        <w:t xml:space="preserve"> t</w:t>
      </w:r>
      <w:r w:rsidR="003738AA">
        <w:t>opics were held. The first motion</w:t>
      </w:r>
      <w:r w:rsidR="003738AA">
        <w:t xml:space="preserve"> </w:t>
      </w:r>
      <w:r w:rsidR="003738AA">
        <w:t>was to proceed with the project.</w:t>
      </w:r>
      <w:r w:rsidR="003738AA">
        <w:t xml:space="preserve"> </w:t>
      </w:r>
      <w:r w:rsidR="003738AA">
        <w:t xml:space="preserve">Moved by </w:t>
      </w:r>
      <w:proofErr w:type="spellStart"/>
      <w:r w:rsidR="003738AA">
        <w:t>Yepsen</w:t>
      </w:r>
      <w:proofErr w:type="spellEnd"/>
      <w:r w:rsidR="003738AA">
        <w:t>, seconded by Clawson.</w:t>
      </w:r>
      <w:r w:rsidR="003738AA">
        <w:t xml:space="preserve"> </w:t>
      </w:r>
      <w:r w:rsidR="003738AA">
        <w:t>Motion carried. The second motion</w:t>
      </w:r>
      <w:r w:rsidR="003738AA">
        <w:t xml:space="preserve"> </w:t>
      </w:r>
      <w:r w:rsidR="003738AA">
        <w:t>was to establish a 501c3 Foundation.</w:t>
      </w:r>
      <w:r w:rsidR="003738AA">
        <w:t xml:space="preserve"> </w:t>
      </w:r>
      <w:r w:rsidR="003738AA">
        <w:t>Motion by Clawson, seconded by</w:t>
      </w:r>
      <w:r w:rsidR="003738AA">
        <w:t xml:space="preserve"> </w:t>
      </w:r>
      <w:r w:rsidR="003738AA">
        <w:t>Stevens. Motion carried.</w:t>
      </w:r>
    </w:p>
    <w:p w14:paraId="0FC877AA" w14:textId="5C0C7919" w:rsidR="009E25D3" w:rsidRPr="009E25D3" w:rsidRDefault="009E25D3" w:rsidP="009E25D3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Legislation</w:t>
      </w:r>
      <w:r>
        <w:t>:</w:t>
      </w:r>
      <w:r>
        <w:rPr>
          <w:b/>
          <w:bCs/>
        </w:rPr>
        <w:t xml:space="preserve"> </w:t>
      </w:r>
      <w:r w:rsidRPr="009E25D3">
        <w:t>Millard provided information concerning</w:t>
      </w:r>
      <w:r>
        <w:t xml:space="preserve"> </w:t>
      </w:r>
      <w:r w:rsidRPr="009E25D3">
        <w:t>two bills in the Iowa House of Representatives:</w:t>
      </w:r>
      <w:r>
        <w:t xml:space="preserve"> </w:t>
      </w:r>
      <w:r w:rsidRPr="009E25D3">
        <w:t>HF5</w:t>
      </w:r>
      <w:r>
        <w:t>21</w:t>
      </w:r>
      <w:r w:rsidRPr="009E25D3">
        <w:t xml:space="preserve"> and HF880.</w:t>
      </w:r>
    </w:p>
    <w:p w14:paraId="49BD295C" w14:textId="739A2792" w:rsidR="00514F9F" w:rsidRDefault="009E25D3" w:rsidP="009E25D3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 xml:space="preserve">FY25-26 Budget: </w:t>
      </w:r>
      <w:r w:rsidRPr="009E25D3">
        <w:t>Millard reminded us that our FY 2025-26</w:t>
      </w:r>
      <w:r>
        <w:t xml:space="preserve"> </w:t>
      </w:r>
      <w:r w:rsidRPr="009E25D3">
        <w:t>budget amendment is due to</w:t>
      </w:r>
      <w:r>
        <w:t xml:space="preserve"> </w:t>
      </w:r>
      <w:r w:rsidRPr="009E25D3">
        <w:t xml:space="preserve">City </w:t>
      </w:r>
      <w:r>
        <w:t>Hall</w:t>
      </w:r>
      <w:r w:rsidRPr="009E25D3">
        <w:t xml:space="preserve"> by April 15. Also, nothing</w:t>
      </w:r>
      <w:r>
        <w:t xml:space="preserve"> </w:t>
      </w:r>
      <w:r w:rsidRPr="009E25D3">
        <w:t>official has been approved, but the</w:t>
      </w:r>
      <w:r>
        <w:t xml:space="preserve"> </w:t>
      </w:r>
      <w:r w:rsidRPr="009E25D3">
        <w:t>county funding request was reduced</w:t>
      </w:r>
      <w:r>
        <w:t xml:space="preserve"> </w:t>
      </w:r>
      <w:r w:rsidRPr="009E25D3">
        <w:t xml:space="preserve">from 8% to </w:t>
      </w:r>
      <w:r>
        <w:t>4</w:t>
      </w:r>
      <w:r w:rsidRPr="009E25D3">
        <w:t>%.</w:t>
      </w:r>
    </w:p>
    <w:p w14:paraId="09F53A38" w14:textId="77777777" w:rsidR="009E25D3" w:rsidRPr="009E25D3" w:rsidRDefault="0099210C" w:rsidP="009E25D3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New Business:</w:t>
      </w:r>
    </w:p>
    <w:p w14:paraId="050493FA" w14:textId="36891BB1" w:rsidR="009E25D3" w:rsidRDefault="009E25D3" w:rsidP="009E25D3">
      <w:pPr>
        <w:pStyle w:val="ListParagraph"/>
        <w:numPr>
          <w:ilvl w:val="1"/>
          <w:numId w:val="15"/>
        </w:numPr>
        <w:spacing w:after="240"/>
      </w:pPr>
      <w:r w:rsidRPr="009E25D3">
        <w:rPr>
          <w:b/>
          <w:bCs/>
        </w:rPr>
        <w:t>Board Membership</w:t>
      </w:r>
      <w:r w:rsidR="00BB03A8" w:rsidRPr="009E25D3">
        <w:rPr>
          <w:b/>
          <w:bCs/>
        </w:rPr>
        <w:t xml:space="preserve">: </w:t>
      </w:r>
      <w:r>
        <w:t xml:space="preserve">Discussions were held as to </w:t>
      </w:r>
      <w:r>
        <w:t xml:space="preserve">the possible names for both </w:t>
      </w:r>
      <w:r>
        <w:t>the</w:t>
      </w:r>
      <w:r>
        <w:t xml:space="preserve"> </w:t>
      </w:r>
      <w:r>
        <w:t>3-year term and the 6-year term. Adam and</w:t>
      </w:r>
      <w:r>
        <w:t xml:space="preserve"> </w:t>
      </w:r>
      <w:r>
        <w:t>Hollie’s terms end June 30. Also discussed</w:t>
      </w:r>
      <w:r>
        <w:t xml:space="preserve"> </w:t>
      </w:r>
      <w:r>
        <w:t>Library foundation and who best to lead</w:t>
      </w:r>
      <w:r>
        <w:t xml:space="preserve"> </w:t>
      </w:r>
      <w:r>
        <w:t>that.</w:t>
      </w:r>
    </w:p>
    <w:p w14:paraId="7DF9437B" w14:textId="4CD3B092" w:rsidR="009E25D3" w:rsidRDefault="009E25D3" w:rsidP="009E25D3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 xml:space="preserve">Landscaping: </w:t>
      </w:r>
      <w:r w:rsidRPr="009E25D3">
        <w:t>This project for east</w:t>
      </w:r>
      <w:r>
        <w:t xml:space="preserve"> </w:t>
      </w:r>
      <w:r w:rsidRPr="009E25D3">
        <w:t>side of Carnegie will be in partnership</w:t>
      </w:r>
      <w:r>
        <w:t xml:space="preserve"> </w:t>
      </w:r>
      <w:r w:rsidRPr="009E25D3">
        <w:t xml:space="preserve">with the </w:t>
      </w:r>
      <w:proofErr w:type="gramStart"/>
      <w:r w:rsidRPr="009E25D3">
        <w:t>City</w:t>
      </w:r>
      <w:proofErr w:type="gramEnd"/>
      <w:r w:rsidRPr="009E25D3">
        <w:t>. The plan is being</w:t>
      </w:r>
      <w:r>
        <w:t xml:space="preserve"> </w:t>
      </w:r>
      <w:r w:rsidRPr="009E25D3">
        <w:t>developed by Andy Krieger. It</w:t>
      </w:r>
      <w:r>
        <w:t xml:space="preserve"> </w:t>
      </w:r>
      <w:r w:rsidRPr="009E25D3">
        <w:t>will include colorful planters, annuals</w:t>
      </w:r>
      <w:r>
        <w:t xml:space="preserve">, </w:t>
      </w:r>
      <w:r w:rsidRPr="009E25D3">
        <w:t>and perennials.</w:t>
      </w:r>
    </w:p>
    <w:p w14:paraId="08E972C9" w14:textId="3C99CD58" w:rsidR="009E25D3" w:rsidRPr="009E25D3" w:rsidRDefault="009E25D3" w:rsidP="009E25D3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 xml:space="preserve">Personnel: </w:t>
      </w:r>
      <w:r w:rsidRPr="009E25D3">
        <w:t>Interviews are being conducted</w:t>
      </w:r>
      <w:r>
        <w:t xml:space="preserve"> </w:t>
      </w:r>
      <w:r w:rsidRPr="009E25D3">
        <w:t>for the library assistant and substitut</w:t>
      </w:r>
      <w:r>
        <w:t xml:space="preserve">e </w:t>
      </w:r>
      <w:r w:rsidRPr="009E25D3">
        <w:t>positions.</w:t>
      </w:r>
      <w:r>
        <w:t xml:space="preserve"> Staff</w:t>
      </w:r>
      <w:r w:rsidRPr="009E25D3">
        <w:t xml:space="preserve"> evaluations will be completed end of March.</w:t>
      </w:r>
      <w:r>
        <w:t xml:space="preserve"> </w:t>
      </w:r>
      <w:r w:rsidRPr="009E25D3">
        <w:t>Our library will be highlighted by</w:t>
      </w:r>
      <w:r>
        <w:t xml:space="preserve"> </w:t>
      </w:r>
      <w:r w:rsidRPr="009E25D3">
        <w:t>the State Library due to our Kodak</w:t>
      </w:r>
      <w:r>
        <w:t xml:space="preserve"> </w:t>
      </w:r>
      <w:r w:rsidRPr="009E25D3">
        <w:t>photo kiosk.</w:t>
      </w:r>
    </w:p>
    <w:p w14:paraId="16CB15C7" w14:textId="78DA27CD" w:rsidR="0099210C" w:rsidRDefault="0099210C" w:rsidP="009E25D3">
      <w:pPr>
        <w:pStyle w:val="ListParagraph"/>
        <w:numPr>
          <w:ilvl w:val="0"/>
          <w:numId w:val="15"/>
        </w:numPr>
        <w:spacing w:after="240"/>
      </w:pPr>
      <w:r w:rsidRPr="009E25D3">
        <w:rPr>
          <w:b/>
          <w:bCs/>
        </w:rPr>
        <w:t xml:space="preserve">Next Meeting: </w:t>
      </w:r>
      <w:r w:rsidRPr="0099210C">
        <w:t xml:space="preserve">Monday, </w:t>
      </w:r>
      <w:r w:rsidR="009E25D3">
        <w:t>April 7</w:t>
      </w:r>
      <w:r w:rsidR="00FE2914">
        <w:t>,</w:t>
      </w:r>
      <w:r w:rsidRPr="0099210C">
        <w:t xml:space="preserve"> at 6:30 p.m. </w:t>
      </w:r>
    </w:p>
    <w:p w14:paraId="148429A9" w14:textId="0E51CFB6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Adjournment:</w:t>
      </w:r>
      <w:r>
        <w:rPr>
          <w:b/>
          <w:bCs/>
        </w:rPr>
        <w:t xml:space="preserve"> </w:t>
      </w:r>
      <w:r w:rsidRPr="0099210C">
        <w:t xml:space="preserve">Motion by </w:t>
      </w:r>
      <w:r w:rsidR="009E25D3">
        <w:t>Roberts</w:t>
      </w:r>
      <w:r w:rsidRPr="0099210C">
        <w:t xml:space="preserve">, seconded by </w:t>
      </w:r>
      <w:r w:rsidR="009E25D3">
        <w:t>Clawson</w:t>
      </w:r>
      <w:r w:rsidRPr="0099210C">
        <w:t>. Motion carried.</w:t>
      </w:r>
    </w:p>
    <w:p w14:paraId="76B49F89" w14:textId="163F4699" w:rsidR="00B0359D" w:rsidRDefault="00B0359D" w:rsidP="00BE2C19">
      <w:pPr>
        <w:spacing w:after="240"/>
      </w:pPr>
      <w:r>
        <w:t xml:space="preserve">Submitted by Tom </w:t>
      </w:r>
      <w:proofErr w:type="spellStart"/>
      <w:r>
        <w:t>Yepsen</w:t>
      </w:r>
      <w:proofErr w:type="spellEnd"/>
      <w:r>
        <w:t>, secretary, and Clancy Clawson, assistant secretary.</w:t>
      </w:r>
    </w:p>
    <w:p w14:paraId="05E2B516" w14:textId="77777777" w:rsidR="00B0359D" w:rsidRDefault="00B0359D" w:rsidP="00B0359D"/>
    <w:p w14:paraId="7565E616" w14:textId="77777777" w:rsidR="007B4C69" w:rsidRDefault="00000000">
      <w:r>
        <w:t>_______________________________________________</w:t>
      </w:r>
      <w:r>
        <w:tab/>
        <w:t>_______________________________________________</w:t>
      </w:r>
      <w:r>
        <w:b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7B4C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83209"/>
    <w:multiLevelType w:val="hybridMultilevel"/>
    <w:tmpl w:val="81AE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34DEF"/>
    <w:multiLevelType w:val="hybridMultilevel"/>
    <w:tmpl w:val="65E09F4C"/>
    <w:lvl w:ilvl="0" w:tplc="AA6A43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485E"/>
    <w:multiLevelType w:val="hybridMultilevel"/>
    <w:tmpl w:val="1D7EAB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94B14"/>
    <w:multiLevelType w:val="hybridMultilevel"/>
    <w:tmpl w:val="A4E8FC36"/>
    <w:lvl w:ilvl="0" w:tplc="24F89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81557"/>
    <w:multiLevelType w:val="hybridMultilevel"/>
    <w:tmpl w:val="3FD06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F1"/>
    <w:multiLevelType w:val="hybridMultilevel"/>
    <w:tmpl w:val="B61E36B2"/>
    <w:lvl w:ilvl="0" w:tplc="71901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8077">
    <w:abstractNumId w:val="8"/>
  </w:num>
  <w:num w:numId="2" w16cid:durableId="1941837758">
    <w:abstractNumId w:val="6"/>
  </w:num>
  <w:num w:numId="3" w16cid:durableId="489366643">
    <w:abstractNumId w:val="5"/>
  </w:num>
  <w:num w:numId="4" w16cid:durableId="1711490463">
    <w:abstractNumId w:val="4"/>
  </w:num>
  <w:num w:numId="5" w16cid:durableId="1793941655">
    <w:abstractNumId w:val="7"/>
  </w:num>
  <w:num w:numId="6" w16cid:durableId="654915649">
    <w:abstractNumId w:val="3"/>
  </w:num>
  <w:num w:numId="7" w16cid:durableId="1759709809">
    <w:abstractNumId w:val="2"/>
  </w:num>
  <w:num w:numId="8" w16cid:durableId="1072855776">
    <w:abstractNumId w:val="1"/>
  </w:num>
  <w:num w:numId="9" w16cid:durableId="1926379613">
    <w:abstractNumId w:val="0"/>
  </w:num>
  <w:num w:numId="10" w16cid:durableId="372198904">
    <w:abstractNumId w:val="13"/>
  </w:num>
  <w:num w:numId="11" w16cid:durableId="623773583">
    <w:abstractNumId w:val="14"/>
  </w:num>
  <w:num w:numId="12" w16cid:durableId="779295616">
    <w:abstractNumId w:val="11"/>
  </w:num>
  <w:num w:numId="13" w16cid:durableId="1212573276">
    <w:abstractNumId w:val="12"/>
  </w:num>
  <w:num w:numId="14" w16cid:durableId="509679874">
    <w:abstractNumId w:val="9"/>
  </w:num>
  <w:num w:numId="15" w16cid:durableId="690298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87D"/>
    <w:rsid w:val="0001294C"/>
    <w:rsid w:val="00034616"/>
    <w:rsid w:val="0006063C"/>
    <w:rsid w:val="00065521"/>
    <w:rsid w:val="000C6675"/>
    <w:rsid w:val="000D63FE"/>
    <w:rsid w:val="000F1A45"/>
    <w:rsid w:val="0015074B"/>
    <w:rsid w:val="00181A06"/>
    <w:rsid w:val="00197434"/>
    <w:rsid w:val="001A4FF5"/>
    <w:rsid w:val="001B68B6"/>
    <w:rsid w:val="001C15CB"/>
    <w:rsid w:val="002006D4"/>
    <w:rsid w:val="0023147B"/>
    <w:rsid w:val="0029639D"/>
    <w:rsid w:val="002C09F9"/>
    <w:rsid w:val="00320F66"/>
    <w:rsid w:val="00326F90"/>
    <w:rsid w:val="003738AA"/>
    <w:rsid w:val="003F45E4"/>
    <w:rsid w:val="003F7F89"/>
    <w:rsid w:val="00452CC6"/>
    <w:rsid w:val="00464EE0"/>
    <w:rsid w:val="004C7A9B"/>
    <w:rsid w:val="004D0216"/>
    <w:rsid w:val="004D3EF2"/>
    <w:rsid w:val="00514F9F"/>
    <w:rsid w:val="00525C78"/>
    <w:rsid w:val="00577B4B"/>
    <w:rsid w:val="005A736F"/>
    <w:rsid w:val="00647DAD"/>
    <w:rsid w:val="007B4C69"/>
    <w:rsid w:val="00827D8F"/>
    <w:rsid w:val="008E32AC"/>
    <w:rsid w:val="0095644C"/>
    <w:rsid w:val="009666BB"/>
    <w:rsid w:val="00975B6C"/>
    <w:rsid w:val="0099210C"/>
    <w:rsid w:val="009B75F8"/>
    <w:rsid w:val="009E25D3"/>
    <w:rsid w:val="009E7DD4"/>
    <w:rsid w:val="00A114B3"/>
    <w:rsid w:val="00A20BF6"/>
    <w:rsid w:val="00A507F8"/>
    <w:rsid w:val="00AA1D8D"/>
    <w:rsid w:val="00AD68CC"/>
    <w:rsid w:val="00B0359D"/>
    <w:rsid w:val="00B47730"/>
    <w:rsid w:val="00B57065"/>
    <w:rsid w:val="00B67655"/>
    <w:rsid w:val="00B72991"/>
    <w:rsid w:val="00B74D75"/>
    <w:rsid w:val="00BB03A8"/>
    <w:rsid w:val="00BE2C19"/>
    <w:rsid w:val="00C147DF"/>
    <w:rsid w:val="00C87DF0"/>
    <w:rsid w:val="00CB0664"/>
    <w:rsid w:val="00CB414B"/>
    <w:rsid w:val="00CC0467"/>
    <w:rsid w:val="00D52079"/>
    <w:rsid w:val="00DE25D7"/>
    <w:rsid w:val="00E24612"/>
    <w:rsid w:val="00EB0AA6"/>
    <w:rsid w:val="00ED688B"/>
    <w:rsid w:val="00EE7A64"/>
    <w:rsid w:val="00F44397"/>
    <w:rsid w:val="00F63E0F"/>
    <w:rsid w:val="00F7240A"/>
    <w:rsid w:val="00FB5CD9"/>
    <w:rsid w:val="00FC693F"/>
    <w:rsid w:val="00FD6648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0A70"/>
  <w14:defaultImageDpi w14:val="300"/>
  <w15:docId w15:val="{B0B0E9AA-C565-994C-9B42-0E3F538F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1A4FF5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4FF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23147B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Stephen Clawson</cp:lastModifiedBy>
  <cp:revision>6</cp:revision>
  <dcterms:created xsi:type="dcterms:W3CDTF">2025-03-15T20:09:00Z</dcterms:created>
  <dcterms:modified xsi:type="dcterms:W3CDTF">2025-03-16T14:07:00Z</dcterms:modified>
  <cp:category/>
</cp:coreProperties>
</file>