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26F223A6" w:rsidR="001A4FF5" w:rsidRDefault="00A448F9" w:rsidP="0000487D">
      <w:pPr>
        <w:pStyle w:val="Heading1"/>
      </w:pPr>
      <w:r>
        <w:t>A</w:t>
      </w:r>
      <w:r w:rsidR="00DB4A09">
        <w:t>ug</w:t>
      </w:r>
      <w:r>
        <w:t xml:space="preserve"> </w:t>
      </w:r>
      <w:r w:rsidR="004E1941">
        <w:t>19</w:t>
      </w:r>
      <w:r w:rsidR="001A4FF5" w:rsidRPr="001A4FF5">
        <w:t xml:space="preserve">, </w:t>
      </w:r>
      <w:proofErr w:type="gramStart"/>
      <w:r w:rsidR="001A4FF5" w:rsidRPr="001A4FF5">
        <w:t>202</w:t>
      </w:r>
      <w:r w:rsidR="004D3EF2">
        <w:t>5</w:t>
      </w:r>
      <w:proofErr w:type="gramEnd"/>
      <w:r w:rsidR="004D3EF2">
        <w:t xml:space="preserve"> | </w:t>
      </w:r>
      <w:r w:rsidR="004E1941">
        <w:t>6</w:t>
      </w:r>
      <w:r w:rsidR="00270552">
        <w:t>:</w:t>
      </w:r>
      <w:r w:rsidR="004E1941">
        <w:t>3</w:t>
      </w:r>
      <w:r>
        <w:t>0</w:t>
      </w:r>
      <w:r w:rsidR="004D3EF2">
        <w:t xml:space="preserve"> pm | </w:t>
      </w:r>
      <w:r w:rsidR="004E1941">
        <w:t>Adult Section</w:t>
      </w:r>
    </w:p>
    <w:p w14:paraId="421E7DC3" w14:textId="77777777" w:rsidR="00D52079" w:rsidRPr="00D52079" w:rsidRDefault="00D52079" w:rsidP="00D52079"/>
    <w:p w14:paraId="1136D7D7" w14:textId="1C81955B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 xml:space="preserve">Meeting was called to order by </w:t>
      </w:r>
      <w:r w:rsidR="00DB4A09">
        <w:rPr>
          <w:b/>
          <w:bCs/>
        </w:rPr>
        <w:t>Yepsen</w:t>
      </w:r>
      <w:r w:rsidRPr="0099210C">
        <w:rPr>
          <w:b/>
          <w:bCs/>
        </w:rPr>
        <w:t>.</w:t>
      </w:r>
      <w:r>
        <w:rPr>
          <w:b/>
          <w:bCs/>
        </w:rPr>
        <w:br/>
      </w:r>
      <w:r w:rsidRPr="0099210C">
        <w:t>Present:</w:t>
      </w:r>
      <w:r w:rsidR="009E385C">
        <w:t xml:space="preserve"> Y</w:t>
      </w:r>
      <w:r w:rsidR="00DB5E8C">
        <w:t>epsen, Steven</w:t>
      </w:r>
      <w:r w:rsidR="007D0F32">
        <w:t>s,</w:t>
      </w:r>
      <w:r w:rsidR="00DB5E8C">
        <w:t xml:space="preserve"> Zmolek, Cla</w:t>
      </w:r>
      <w:r w:rsidR="00295077">
        <w:t>wson, Foster</w:t>
      </w:r>
      <w:r w:rsidR="00C25466">
        <w:t xml:space="preserve">. </w:t>
      </w:r>
      <w:r w:rsidR="008D19C8">
        <w:t xml:space="preserve">Also present: </w:t>
      </w:r>
      <w:r w:rsidR="00295077">
        <w:t>Millard, Mount, S. Peterson, Jackson</w:t>
      </w:r>
      <w:r w:rsidR="00472CBA">
        <w:t>, Taylor</w:t>
      </w:r>
      <w:r w:rsidR="00427203">
        <w:t>, Roeder</w:t>
      </w:r>
      <w:r w:rsidR="00D71959">
        <w:t>, Erickson</w:t>
      </w:r>
      <w:r w:rsidR="00DF303B">
        <w:t>.</w:t>
      </w:r>
    </w:p>
    <w:p w14:paraId="02F1AC22" w14:textId="4CC7ED5E" w:rsidR="004D3EF2" w:rsidRDefault="00EA0B3B" w:rsidP="003725EF">
      <w:pPr>
        <w:pStyle w:val="ListParagraph"/>
        <w:numPr>
          <w:ilvl w:val="0"/>
          <w:numId w:val="15"/>
        </w:numPr>
        <w:spacing w:after="240"/>
      </w:pPr>
      <w:r w:rsidRPr="00EA0B3B">
        <w:rPr>
          <w:b/>
          <w:bCs/>
        </w:rPr>
        <w:t>Open Forum</w:t>
      </w:r>
      <w:r>
        <w:t xml:space="preserve">: </w:t>
      </w:r>
      <w:r w:rsidR="00D252A1">
        <w:t>No members of the public were present.</w:t>
      </w:r>
    </w:p>
    <w:p w14:paraId="254C3286" w14:textId="34B18AD9" w:rsidR="00EA0B3B" w:rsidRDefault="00EA0B3B" w:rsidP="003725EF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Old Bus</w:t>
      </w:r>
      <w:r w:rsidR="00472CBA">
        <w:rPr>
          <w:b/>
          <w:bCs/>
        </w:rPr>
        <w:t>i</w:t>
      </w:r>
      <w:r>
        <w:rPr>
          <w:b/>
          <w:bCs/>
        </w:rPr>
        <w:t>ness</w:t>
      </w:r>
      <w:r w:rsidRPr="00EA0B3B">
        <w:t>:</w:t>
      </w:r>
    </w:p>
    <w:p w14:paraId="1E41DF24" w14:textId="76D6C322" w:rsidR="00472CBA" w:rsidRDefault="00472CBA" w:rsidP="00472CB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Discussion of A</w:t>
      </w:r>
      <w:r w:rsidR="00427203">
        <w:rPr>
          <w:b/>
          <w:bCs/>
        </w:rPr>
        <w:t>rchitect Proposals &amp; Presentation</w:t>
      </w:r>
      <w:r w:rsidR="00427203" w:rsidRPr="00427203">
        <w:t>:</w:t>
      </w:r>
    </w:p>
    <w:p w14:paraId="1C810A60" w14:textId="20D2C76B" w:rsidR="001F102B" w:rsidRDefault="00AB3F61" w:rsidP="001F102B">
      <w:pPr>
        <w:pStyle w:val="ListParagraph"/>
        <w:numPr>
          <w:ilvl w:val="2"/>
          <w:numId w:val="15"/>
        </w:numPr>
        <w:spacing w:after="240"/>
      </w:pPr>
      <w:r>
        <w:t>Millard provided a recap of the discussion from the previous board meeting.</w:t>
      </w:r>
      <w:r w:rsidR="00997E11">
        <w:t xml:space="preserve"> </w:t>
      </w:r>
      <w:r w:rsidR="00CB1054">
        <w:t>Members and attendees who were not present for the previous board meeting then shared their opinions.</w:t>
      </w:r>
    </w:p>
    <w:p w14:paraId="77400A55" w14:textId="515BE758" w:rsidR="00427203" w:rsidRDefault="00427203" w:rsidP="00472CB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Selection of Architect</w:t>
      </w:r>
      <w:r w:rsidRPr="00427203">
        <w:t>:</w:t>
      </w:r>
      <w:r>
        <w:t xml:space="preserve"> </w:t>
      </w:r>
      <w:r w:rsidR="00A83CF5">
        <w:t>Motion to a</w:t>
      </w:r>
      <w:r w:rsidR="000344EA">
        <w:t xml:space="preserve">dvise City staff to </w:t>
      </w:r>
      <w:r w:rsidR="00A83CF5">
        <w:t xml:space="preserve">negotiate contract </w:t>
      </w:r>
      <w:r w:rsidR="000344EA">
        <w:t xml:space="preserve">with Studio Melee. Motion by Foster, second by </w:t>
      </w:r>
      <w:r w:rsidR="000270C5">
        <w:t>Stevens.</w:t>
      </w:r>
      <w:r w:rsidR="00C945B5">
        <w:t xml:space="preserve"> Motion passed unanimously.</w:t>
      </w:r>
    </w:p>
    <w:p w14:paraId="2EFCB8CD" w14:textId="0044B69F" w:rsidR="00DB5E8C" w:rsidRDefault="00DB5E8C" w:rsidP="003725EF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Next Meeting</w:t>
      </w:r>
      <w:r w:rsidRPr="00DB5E8C">
        <w:t>:</w:t>
      </w:r>
      <w:r>
        <w:t xml:space="preserve"> Monday, September 8 at 6:30pm</w:t>
      </w:r>
    </w:p>
    <w:p w14:paraId="148429A9" w14:textId="36324A34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="00665759">
        <w:t xml:space="preserve">Motion by </w:t>
      </w:r>
      <w:r w:rsidR="006454A4">
        <w:t xml:space="preserve">Clawson, second by </w:t>
      </w:r>
      <w:r w:rsidR="002336CB">
        <w:t>F</w:t>
      </w:r>
      <w:r w:rsidR="006454A4">
        <w:t>oster.</w:t>
      </w:r>
      <w:r w:rsidR="002336CB">
        <w:t xml:space="preserve"> </w:t>
      </w:r>
      <w:r w:rsidR="002336CB" w:rsidRPr="0099210C">
        <w:t>M</w:t>
      </w:r>
      <w:r w:rsidR="002336CB">
        <w:t>eeting was adjourned.</w:t>
      </w:r>
    </w:p>
    <w:p w14:paraId="76B49F89" w14:textId="7A2F46E7" w:rsidR="00B0359D" w:rsidRDefault="00B0359D" w:rsidP="00BE2C19">
      <w:pPr>
        <w:spacing w:after="240"/>
      </w:pPr>
      <w:r>
        <w:t>Submitted by Clancy Clawson, secretary.</w:t>
      </w:r>
    </w:p>
    <w:p w14:paraId="05E2B516" w14:textId="77777777" w:rsidR="00B0359D" w:rsidRDefault="00B0359D" w:rsidP="00B0359D"/>
    <w:p w14:paraId="7565E616" w14:textId="77777777" w:rsidR="007B4C69" w:rsidRDefault="00803FF6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803FF6">
      <w:pgSz w:w="12240" w:h="15840"/>
      <w:pgMar w:top="1152" w:right="1728" w:bottom="129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961922">
    <w:abstractNumId w:val="8"/>
  </w:num>
  <w:num w:numId="2" w16cid:durableId="1371220342">
    <w:abstractNumId w:val="6"/>
  </w:num>
  <w:num w:numId="3" w16cid:durableId="584535559">
    <w:abstractNumId w:val="5"/>
  </w:num>
  <w:num w:numId="4" w16cid:durableId="663510226">
    <w:abstractNumId w:val="4"/>
  </w:num>
  <w:num w:numId="5" w16cid:durableId="1830369335">
    <w:abstractNumId w:val="7"/>
  </w:num>
  <w:num w:numId="6" w16cid:durableId="940185278">
    <w:abstractNumId w:val="3"/>
  </w:num>
  <w:num w:numId="7" w16cid:durableId="647248602">
    <w:abstractNumId w:val="2"/>
  </w:num>
  <w:num w:numId="8" w16cid:durableId="485516295">
    <w:abstractNumId w:val="1"/>
  </w:num>
  <w:num w:numId="9" w16cid:durableId="450128491">
    <w:abstractNumId w:val="0"/>
  </w:num>
  <w:num w:numId="10" w16cid:durableId="1391002024">
    <w:abstractNumId w:val="13"/>
  </w:num>
  <w:num w:numId="11" w16cid:durableId="1767386908">
    <w:abstractNumId w:val="14"/>
  </w:num>
  <w:num w:numId="12" w16cid:durableId="921640412">
    <w:abstractNumId w:val="11"/>
  </w:num>
  <w:num w:numId="13" w16cid:durableId="2074159047">
    <w:abstractNumId w:val="12"/>
  </w:num>
  <w:num w:numId="14" w16cid:durableId="365717785">
    <w:abstractNumId w:val="9"/>
  </w:num>
  <w:num w:numId="15" w16cid:durableId="1616250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487D"/>
    <w:rsid w:val="000270C5"/>
    <w:rsid w:val="000344EA"/>
    <w:rsid w:val="00034616"/>
    <w:rsid w:val="0006063C"/>
    <w:rsid w:val="000647FA"/>
    <w:rsid w:val="00065521"/>
    <w:rsid w:val="00093D01"/>
    <w:rsid w:val="000B627A"/>
    <w:rsid w:val="000C6675"/>
    <w:rsid w:val="000D63FE"/>
    <w:rsid w:val="000F1A45"/>
    <w:rsid w:val="0015074B"/>
    <w:rsid w:val="00174A22"/>
    <w:rsid w:val="00180961"/>
    <w:rsid w:val="00181A06"/>
    <w:rsid w:val="001A4FF5"/>
    <w:rsid w:val="001B68B6"/>
    <w:rsid w:val="001C15CB"/>
    <w:rsid w:val="001D7CFC"/>
    <w:rsid w:val="001F102B"/>
    <w:rsid w:val="002006D4"/>
    <w:rsid w:val="002026BE"/>
    <w:rsid w:val="00213A94"/>
    <w:rsid w:val="0023147B"/>
    <w:rsid w:val="002336CB"/>
    <w:rsid w:val="002624B1"/>
    <w:rsid w:val="002650B5"/>
    <w:rsid w:val="00270552"/>
    <w:rsid w:val="00295077"/>
    <w:rsid w:val="0029639D"/>
    <w:rsid w:val="002C09F9"/>
    <w:rsid w:val="002D262D"/>
    <w:rsid w:val="002D4F22"/>
    <w:rsid w:val="002F5C96"/>
    <w:rsid w:val="00320F66"/>
    <w:rsid w:val="00326F90"/>
    <w:rsid w:val="003725EF"/>
    <w:rsid w:val="003C16A7"/>
    <w:rsid w:val="003F45E4"/>
    <w:rsid w:val="003F7F89"/>
    <w:rsid w:val="00427203"/>
    <w:rsid w:val="00427D12"/>
    <w:rsid w:val="00447C5A"/>
    <w:rsid w:val="00452CC6"/>
    <w:rsid w:val="004559B6"/>
    <w:rsid w:val="00464833"/>
    <w:rsid w:val="00472CBA"/>
    <w:rsid w:val="004B5E5B"/>
    <w:rsid w:val="004C7A9B"/>
    <w:rsid w:val="004D0216"/>
    <w:rsid w:val="004D3EF2"/>
    <w:rsid w:val="004E1941"/>
    <w:rsid w:val="004F529C"/>
    <w:rsid w:val="00514F9F"/>
    <w:rsid w:val="00525C78"/>
    <w:rsid w:val="0053034C"/>
    <w:rsid w:val="0055131D"/>
    <w:rsid w:val="005A1214"/>
    <w:rsid w:val="005A736F"/>
    <w:rsid w:val="00617CE3"/>
    <w:rsid w:val="006454A4"/>
    <w:rsid w:val="006538B0"/>
    <w:rsid w:val="00665759"/>
    <w:rsid w:val="00692A1B"/>
    <w:rsid w:val="00725FA7"/>
    <w:rsid w:val="00781E3D"/>
    <w:rsid w:val="00784BBE"/>
    <w:rsid w:val="00786D2A"/>
    <w:rsid w:val="007B4C69"/>
    <w:rsid w:val="007B7E72"/>
    <w:rsid w:val="007D0F32"/>
    <w:rsid w:val="00803FF6"/>
    <w:rsid w:val="00811DEE"/>
    <w:rsid w:val="00827D8F"/>
    <w:rsid w:val="0083310C"/>
    <w:rsid w:val="008A6346"/>
    <w:rsid w:val="008C5FE1"/>
    <w:rsid w:val="008D19C8"/>
    <w:rsid w:val="009666BB"/>
    <w:rsid w:val="00975B6C"/>
    <w:rsid w:val="0099210C"/>
    <w:rsid w:val="00997E11"/>
    <w:rsid w:val="009A194D"/>
    <w:rsid w:val="009B75F8"/>
    <w:rsid w:val="009C3D2B"/>
    <w:rsid w:val="009E385C"/>
    <w:rsid w:val="009E7DD4"/>
    <w:rsid w:val="009F5B26"/>
    <w:rsid w:val="00A114B3"/>
    <w:rsid w:val="00A20BF6"/>
    <w:rsid w:val="00A448F9"/>
    <w:rsid w:val="00A507F8"/>
    <w:rsid w:val="00A83CF5"/>
    <w:rsid w:val="00A84255"/>
    <w:rsid w:val="00A90558"/>
    <w:rsid w:val="00AA1D8D"/>
    <w:rsid w:val="00AB3F61"/>
    <w:rsid w:val="00AC1A74"/>
    <w:rsid w:val="00AD68CC"/>
    <w:rsid w:val="00AE2124"/>
    <w:rsid w:val="00B0003E"/>
    <w:rsid w:val="00B0359D"/>
    <w:rsid w:val="00B47730"/>
    <w:rsid w:val="00B57065"/>
    <w:rsid w:val="00B67655"/>
    <w:rsid w:val="00B72991"/>
    <w:rsid w:val="00B739FD"/>
    <w:rsid w:val="00B74D75"/>
    <w:rsid w:val="00B8058A"/>
    <w:rsid w:val="00B96C8E"/>
    <w:rsid w:val="00BB03A8"/>
    <w:rsid w:val="00BE2C19"/>
    <w:rsid w:val="00C147DF"/>
    <w:rsid w:val="00C24D51"/>
    <w:rsid w:val="00C25466"/>
    <w:rsid w:val="00C56C18"/>
    <w:rsid w:val="00C87DF0"/>
    <w:rsid w:val="00C90783"/>
    <w:rsid w:val="00C945B5"/>
    <w:rsid w:val="00CB0664"/>
    <w:rsid w:val="00CB1054"/>
    <w:rsid w:val="00CB414B"/>
    <w:rsid w:val="00CC0467"/>
    <w:rsid w:val="00CF2340"/>
    <w:rsid w:val="00D252A1"/>
    <w:rsid w:val="00D31A70"/>
    <w:rsid w:val="00D52079"/>
    <w:rsid w:val="00D71959"/>
    <w:rsid w:val="00DB4A09"/>
    <w:rsid w:val="00DB5E8C"/>
    <w:rsid w:val="00DC34C3"/>
    <w:rsid w:val="00DC650A"/>
    <w:rsid w:val="00DE25D7"/>
    <w:rsid w:val="00DF303B"/>
    <w:rsid w:val="00E3583A"/>
    <w:rsid w:val="00E53FB4"/>
    <w:rsid w:val="00EA0B3B"/>
    <w:rsid w:val="00EB0AA6"/>
    <w:rsid w:val="00EB1379"/>
    <w:rsid w:val="00ED688B"/>
    <w:rsid w:val="00EE7A64"/>
    <w:rsid w:val="00F44397"/>
    <w:rsid w:val="00F63E0F"/>
    <w:rsid w:val="00F7240A"/>
    <w:rsid w:val="00FC693F"/>
    <w:rsid w:val="00FD6648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7354F7-4873-449E-BFE3-A10417BC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Clancy Clawson</cp:lastModifiedBy>
  <cp:revision>33</cp:revision>
  <cp:lastPrinted>2025-02-21T17:10:00Z</cp:lastPrinted>
  <dcterms:created xsi:type="dcterms:W3CDTF">2025-08-19T22:35:00Z</dcterms:created>
  <dcterms:modified xsi:type="dcterms:W3CDTF">2025-08-20T02:20:00Z</dcterms:modified>
  <cp:category/>
</cp:coreProperties>
</file>